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6EEC3" w14:textId="77777777" w:rsidR="00700C93" w:rsidRDefault="00366195">
      <w:pPr>
        <w:spacing w:after="80"/>
        <w:jc w:val="center"/>
      </w:pPr>
      <w:r>
        <w:rPr>
          <w:rFonts w:ascii="Aptos Display" w:hAnsi="Aptos Display"/>
          <w:b/>
          <w:color w:val="1F4E79"/>
          <w:sz w:val="34"/>
        </w:rPr>
        <w:t>ANKIETA POTRZEB I POPYTU MIESZKAŃCÓW</w:t>
      </w:r>
    </w:p>
    <w:p w14:paraId="52F28216" w14:textId="77777777" w:rsidR="00700C93" w:rsidRDefault="00366195">
      <w:pPr>
        <w:spacing w:after="40"/>
        <w:jc w:val="center"/>
      </w:pPr>
      <w:r>
        <w:rPr>
          <w:b/>
          <w:sz w:val="26"/>
        </w:rPr>
        <w:t>Przyszłość Stajni Austerii w Raszynie</w:t>
      </w:r>
    </w:p>
    <w:p w14:paraId="3C755844" w14:textId="77777777" w:rsidR="00700C93" w:rsidRDefault="00366195">
      <w:pPr>
        <w:spacing w:after="160"/>
        <w:jc w:val="center"/>
      </w:pPr>
      <w:r>
        <w:rPr>
          <w:i/>
          <w:color w:val="505050"/>
          <w:sz w:val="18"/>
        </w:rPr>
        <w:t>Badanie do przygotowania projektu rewitalizacji oraz przyszłej oferty kulturalno-edukacyjnej</w:t>
      </w:r>
    </w:p>
    <w:p w14:paraId="7CC7ED1C" w14:textId="77777777" w:rsidR="00700C93" w:rsidRDefault="00366195" w:rsidP="003B78EF">
      <w:pPr>
        <w:pStyle w:val="Intro"/>
        <w:jc w:val="both"/>
      </w:pPr>
      <w:r>
        <w:t>Gmina Raszyn przygotowuje kolejny etap prac dotyczących dawnej Stajni Austerii. Celem badania jest ustalenie, jakich działań i przestrzeni potrzebują mieszkańcy, jak często realnie korzystaliby z przyszłej oferty, jakie bariery ograniczają dziś uczestnictwo oraz jakie funkcje obiektu powinny mieć pierwszeństwo. Wyniki ankiety będą jednym ze źródeł wykorzystanych w analizie potrzeb, analizie popytu, raporcie z konsultacji społecznych oraz przy określaniu zakresu projektu i programu późniejszej działalności S</w:t>
      </w:r>
      <w:r>
        <w:t>tajni Austerii.</w:t>
      </w:r>
    </w:p>
    <w:p w14:paraId="1CE04528" w14:textId="77777777" w:rsidR="00700C93" w:rsidRDefault="00366195">
      <w:pPr>
        <w:pStyle w:val="SmallNote"/>
        <w:spacing w:after="120"/>
      </w:pPr>
      <w:r>
        <w:t>Ankieta jest anonimowa i dobrowolna. Nie prosimy o imię, nazwisko ani dane kontaktowe. W pytaniach otwartych prosimy nie wpisywać danych osobowych innych osób. Wypełnienie ankiety zajmuje około 10-12 minut.</w:t>
      </w:r>
    </w:p>
    <w:p w14:paraId="62C9DE47" w14:textId="77777777" w:rsidR="00700C93" w:rsidRDefault="00366195">
      <w:pPr>
        <w:pStyle w:val="Section"/>
        <w:pBdr>
          <w:bottom w:val="single" w:sz="8" w:space="1" w:color="B8CCE4"/>
        </w:pBdr>
        <w:spacing w:before="160" w:after="100"/>
      </w:pPr>
      <w:r>
        <w:t>A. DOTYCHCZASOWE KORZYSTANIE Z OFERTY I NIEZASPOKOJONE POTRZEBY</w:t>
      </w:r>
    </w:p>
    <w:p w14:paraId="75614652" w14:textId="77777777" w:rsidR="00700C93" w:rsidRDefault="00366195">
      <w:pPr>
        <w:pStyle w:val="Question"/>
        <w:spacing w:before="80" w:after="40"/>
      </w:pPr>
      <w:r>
        <w:t>1. Jak często w ostatnich 12 miesiącach korzystał(a) Pan/Pani z oferty zespołu Austerii?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13"/>
        <w:gridCol w:w="4919"/>
      </w:tblGrid>
      <w:tr w:rsidR="00700C93" w14:paraId="72776B83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2FD3B3A6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Ani razu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679FA485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1-2 razy</w:t>
            </w:r>
          </w:p>
        </w:tc>
      </w:tr>
      <w:tr w:rsidR="00700C93" w14:paraId="4B9861D2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6A6481B0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3-5 razy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2CD03BF1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6-11 razy</w:t>
            </w:r>
          </w:p>
        </w:tc>
      </w:tr>
      <w:tr w:rsidR="00700C93" w14:paraId="2B623F30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2FED83E4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Mniej więcej raz w miesiącu lub częściej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45E98A0F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Nie pamiętam</w:t>
            </w:r>
          </w:p>
        </w:tc>
      </w:tr>
    </w:tbl>
    <w:p w14:paraId="731ED0D4" w14:textId="77777777" w:rsidR="00700C93" w:rsidRDefault="00700C93">
      <w:pPr>
        <w:spacing w:after="0"/>
      </w:pPr>
    </w:p>
    <w:p w14:paraId="003E3E4B" w14:textId="77777777" w:rsidR="00700C93" w:rsidRDefault="00366195">
      <w:pPr>
        <w:pStyle w:val="Question"/>
        <w:spacing w:before="80" w:after="40"/>
      </w:pPr>
      <w:r>
        <w:t>2. Jeśli korzystał(a) Pan/Pani z oferty Austerii, jak ocenia Pan/Pani jej dotychczasową ofertę?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08"/>
        <w:gridCol w:w="4924"/>
      </w:tblGrid>
      <w:tr w:rsidR="00700C93" w14:paraId="642F3FEC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6EE87EA9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Bardzo źle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68501B2B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Raczej źle</w:t>
            </w:r>
          </w:p>
        </w:tc>
      </w:tr>
      <w:tr w:rsidR="00700C93" w14:paraId="60139549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03B431E1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Ani dobrze, ani źle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32EA42DB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Raczej dobrze</w:t>
            </w:r>
          </w:p>
        </w:tc>
      </w:tr>
      <w:tr w:rsidR="00700C93" w14:paraId="65C1CAFF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6A530788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Bardzo dobrze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0E54C978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Nie korzystam / nie znam oferty na tyle, by ją ocenić</w:t>
            </w:r>
          </w:p>
        </w:tc>
      </w:tr>
    </w:tbl>
    <w:p w14:paraId="569580A3" w14:textId="77777777" w:rsidR="00700C93" w:rsidRDefault="00700C93">
      <w:pPr>
        <w:spacing w:after="0"/>
      </w:pPr>
    </w:p>
    <w:p w14:paraId="4074CB8D" w14:textId="77777777" w:rsidR="00700C93" w:rsidRDefault="00366195">
      <w:pPr>
        <w:pStyle w:val="Question"/>
        <w:spacing w:before="80" w:after="40"/>
      </w:pPr>
      <w:r>
        <w:t>3. Czy w ostatnich 12 miesiącach chciał(a) Pan/Pani wziąć udział w wydarzeniu, zajęciach lub innej aktywności kulturalnej albo społecznej w gminie Raszyn, ale ostatecznie nie było takiej możliwości?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35"/>
        <w:gridCol w:w="4897"/>
      </w:tblGrid>
      <w:tr w:rsidR="00700C93" w14:paraId="5264DB0A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5BB1ADFF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Tak, zdarzało się to często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4A6CFE4E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Tak, kilka razy</w:t>
            </w:r>
          </w:p>
        </w:tc>
      </w:tr>
      <w:tr w:rsidR="00700C93" w14:paraId="4418E1E2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0233ED45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Tak, raz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1D22335B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Nie</w:t>
            </w:r>
          </w:p>
        </w:tc>
      </w:tr>
      <w:tr w:rsidR="00700C93" w14:paraId="1962BF79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099E71F2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Trudno powiedzieć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1E861866" w14:textId="77777777" w:rsidR="00700C93" w:rsidRDefault="00700C93"/>
        </w:tc>
      </w:tr>
    </w:tbl>
    <w:p w14:paraId="7C584431" w14:textId="77777777" w:rsidR="00700C93" w:rsidRDefault="00700C93">
      <w:pPr>
        <w:spacing w:after="0"/>
      </w:pPr>
    </w:p>
    <w:p w14:paraId="613D17B1" w14:textId="77777777" w:rsidR="00700C93" w:rsidRDefault="00366195">
      <w:pPr>
        <w:pStyle w:val="Question"/>
        <w:spacing w:before="80" w:after="40"/>
      </w:pPr>
      <w:r>
        <w:t>4. Jeśli odpowiedź na pytanie 3 była „tak”, czego przede wszystkim brakowało?</w:t>
      </w:r>
    </w:p>
    <w:p w14:paraId="7FC2BFEF" w14:textId="77777777" w:rsidR="00700C93" w:rsidRDefault="00366195">
      <w:pPr>
        <w:pStyle w:val="SmallNote"/>
        <w:keepNext/>
        <w:spacing w:after="40"/>
      </w:pPr>
      <w:r>
        <w:t>Można zaznaczyć maksymalnie 4 odpowiedzi.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21"/>
        <w:gridCol w:w="4811"/>
      </w:tblGrid>
      <w:tr w:rsidR="00700C93" w14:paraId="38F4D019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6D4A1D78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interesującej mnie oferty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4F59894B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odpowiednich godzin lub dni zajęć</w:t>
            </w:r>
          </w:p>
        </w:tc>
      </w:tr>
      <w:tr w:rsidR="00700C93" w14:paraId="1D569797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22E01E5C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wolnych miejsc / dostępności zajęć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0AF969A5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oferty dla mojego wieku lub etapu życia</w:t>
            </w:r>
          </w:p>
        </w:tc>
      </w:tr>
      <w:tr w:rsidR="00700C93" w14:paraId="21044DAF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1E023B9F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oferty dla dzieci / rodzin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56B60C57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oferty dla seniorów</w:t>
            </w:r>
          </w:p>
        </w:tc>
      </w:tr>
      <w:tr w:rsidR="00700C93" w14:paraId="626D0F5A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3D24F184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oferty dostępnej dla osób ze szczególnymi potrzebami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4D521E9B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miejsca do regularnych spotkań małych grup</w:t>
            </w:r>
          </w:p>
        </w:tc>
      </w:tr>
      <w:tr w:rsidR="00700C93" w14:paraId="006A77BB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0CF2D0E1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miejsca do warsztatów wymagających odpowiedniego zaplecza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5A4411C4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informacji o tym, co dzieje się w gminie</w:t>
            </w:r>
          </w:p>
        </w:tc>
      </w:tr>
      <w:tr w:rsidR="00700C93" w14:paraId="2164CD2C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0F7FE726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oferty bezpłatnej lub w przystępnej cenie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38D368B5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dogodnego dojazdu / możliwości dotarcia</w:t>
            </w:r>
          </w:p>
        </w:tc>
      </w:tr>
      <w:tr w:rsidR="00700C93" w14:paraId="6B16F5F3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331FD1E0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inne: ............................................................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66C33D63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nie dotyczy</w:t>
            </w:r>
          </w:p>
        </w:tc>
      </w:tr>
    </w:tbl>
    <w:p w14:paraId="6AE65633" w14:textId="77777777" w:rsidR="00700C93" w:rsidRDefault="00700C93">
      <w:pPr>
        <w:spacing w:after="0"/>
      </w:pPr>
    </w:p>
    <w:p w14:paraId="2185C429" w14:textId="77777777" w:rsidR="00700C93" w:rsidRDefault="00366195">
      <w:pPr>
        <w:pStyle w:val="Question"/>
        <w:spacing w:before="80" w:after="40"/>
      </w:pPr>
      <w:r>
        <w:t>5. Gdzie obecnie najczęściej korzysta Pan/Pani z oferty kulturalnej, edukacyjnej lub społecznej?</w:t>
      </w:r>
    </w:p>
    <w:p w14:paraId="23C32673" w14:textId="77777777" w:rsidR="00700C93" w:rsidRDefault="00366195">
      <w:pPr>
        <w:pStyle w:val="SmallNote"/>
        <w:keepNext/>
        <w:spacing w:after="40"/>
      </w:pPr>
      <w:r>
        <w:t>Można zaznaczyć kilka odpowiedzi.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11"/>
        <w:gridCol w:w="4821"/>
      </w:tblGrid>
      <w:tr w:rsidR="00700C93" w14:paraId="0CB0B806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10A6BD2E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w Austerii / innych obiektach gminy Raszyn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67B4586A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w innych miejscach na terenie gminy Raszyn</w:t>
            </w:r>
          </w:p>
        </w:tc>
      </w:tr>
      <w:tr w:rsidR="00700C93" w14:paraId="157CA36D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729065AA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w Warszawie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28992066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w innych gminach / miejscowościach</w:t>
            </w:r>
          </w:p>
        </w:tc>
      </w:tr>
      <w:tr w:rsidR="00700C93" w14:paraId="2F6B5CEA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6996532E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głównie online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4701E999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obecnie prawie wcale nie korzystam</w:t>
            </w:r>
          </w:p>
        </w:tc>
      </w:tr>
      <w:tr w:rsidR="00700C93" w14:paraId="7249DFBC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44D837AD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inne: ............................................................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35DCCA4E" w14:textId="77777777" w:rsidR="00700C93" w:rsidRDefault="00700C93"/>
        </w:tc>
      </w:tr>
    </w:tbl>
    <w:p w14:paraId="1719217E" w14:textId="77777777" w:rsidR="00700C93" w:rsidRDefault="00700C93">
      <w:pPr>
        <w:spacing w:after="0"/>
      </w:pPr>
    </w:p>
    <w:p w14:paraId="3A268B5B" w14:textId="77777777" w:rsidR="00700C93" w:rsidRDefault="00366195">
      <w:pPr>
        <w:pStyle w:val="Question"/>
        <w:spacing w:before="80" w:after="40"/>
      </w:pPr>
      <w:r>
        <w:t>6. Czy w ciągu ostatnich 12 miesięcy korzystał(a) Pan/Pani z płatnej lub bezpłatnej oferty kulturalnej poza gminą Raszyn?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35"/>
        <w:gridCol w:w="4897"/>
      </w:tblGrid>
      <w:tr w:rsidR="00700C93" w14:paraId="76834444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73BCFED1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Tak, regularnie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3488932F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Tak, kilka razy</w:t>
            </w:r>
          </w:p>
        </w:tc>
      </w:tr>
      <w:tr w:rsidR="00700C93" w14:paraId="7382927C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24DEEEDF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Tak, raz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177EB8C1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Nie</w:t>
            </w:r>
          </w:p>
        </w:tc>
      </w:tr>
      <w:tr w:rsidR="00700C93" w14:paraId="4AA3E24A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733A9F19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Trudno powiedzieć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2AF66C42" w14:textId="77777777" w:rsidR="00700C93" w:rsidRDefault="00700C93"/>
        </w:tc>
      </w:tr>
    </w:tbl>
    <w:p w14:paraId="0C2D0136" w14:textId="77777777" w:rsidR="00700C93" w:rsidRDefault="00700C93">
      <w:pPr>
        <w:spacing w:after="0"/>
      </w:pPr>
    </w:p>
    <w:p w14:paraId="35941D4E" w14:textId="77777777" w:rsidR="00700C93" w:rsidRDefault="00366195">
      <w:pPr>
        <w:pStyle w:val="Section"/>
        <w:pBdr>
          <w:bottom w:val="single" w:sz="8" w:space="1" w:color="B8CCE4"/>
        </w:pBdr>
        <w:spacing w:before="160" w:after="100"/>
      </w:pPr>
      <w:r>
        <w:t>B. POPYT NA PRZYSZŁĄ OFERTĘ STAJNI AUSTERII</w:t>
      </w:r>
    </w:p>
    <w:p w14:paraId="0E350504" w14:textId="77777777" w:rsidR="00700C93" w:rsidRDefault="00366195">
      <w:pPr>
        <w:pStyle w:val="Question"/>
        <w:spacing w:before="80" w:after="40"/>
      </w:pPr>
      <w:r>
        <w:t>7. Na ile interesowałyby Panią/Pana poniższe rodzaje aktywności w Stajni Austerii?</w:t>
      </w:r>
    </w:p>
    <w:p w14:paraId="230E2F77" w14:textId="77777777" w:rsidR="00700C93" w:rsidRDefault="00366195">
      <w:pPr>
        <w:pStyle w:val="SmallNote"/>
        <w:keepNext/>
        <w:spacing w:after="40"/>
      </w:pPr>
      <w:r>
        <w:t>Proszę ocenić każdy wiersz. 1 - w ogóle mnie nie interesuje; 2 - raczej nie; 3 - umiarkowanie; 4 - raczej tak; 5 - zdecydowanie tak; TP - trudno powiedzieć.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633"/>
        <w:gridCol w:w="425"/>
        <w:gridCol w:w="425"/>
        <w:gridCol w:w="425"/>
        <w:gridCol w:w="425"/>
        <w:gridCol w:w="425"/>
        <w:gridCol w:w="482"/>
      </w:tblGrid>
      <w:tr w:rsidR="00700C93" w14:paraId="2BF3F2E4" w14:textId="77777777">
        <w:trPr>
          <w:cantSplit/>
          <w:tblHeader/>
          <w:jc w:val="center"/>
        </w:trPr>
        <w:tc>
          <w:tcPr>
            <w:tcW w:w="6633" w:type="dxa"/>
            <w:shd w:val="clear" w:color="auto" w:fill="D9EAF7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23FA6DE" w14:textId="77777777" w:rsidR="00700C93" w:rsidRDefault="00366195">
            <w:pPr>
              <w:spacing w:after="0"/>
            </w:pPr>
            <w:r>
              <w:rPr>
                <w:b/>
                <w:sz w:val="17"/>
              </w:rPr>
              <w:t>Propozycja / stwierdzenie</w:t>
            </w:r>
          </w:p>
        </w:tc>
        <w:tc>
          <w:tcPr>
            <w:tcW w:w="425" w:type="dxa"/>
            <w:shd w:val="clear" w:color="auto" w:fill="D9EAF7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EF18D29" w14:textId="77777777" w:rsidR="00700C93" w:rsidRDefault="00366195">
            <w:pPr>
              <w:spacing w:after="0"/>
              <w:jc w:val="center"/>
            </w:pPr>
            <w:r>
              <w:rPr>
                <w:b/>
                <w:sz w:val="17"/>
              </w:rPr>
              <w:t>1</w:t>
            </w:r>
          </w:p>
        </w:tc>
        <w:tc>
          <w:tcPr>
            <w:tcW w:w="425" w:type="dxa"/>
            <w:shd w:val="clear" w:color="auto" w:fill="D9EAF7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3C110C5" w14:textId="77777777" w:rsidR="00700C93" w:rsidRDefault="00366195">
            <w:pPr>
              <w:spacing w:after="0"/>
              <w:jc w:val="center"/>
            </w:pPr>
            <w:r>
              <w:rPr>
                <w:b/>
                <w:sz w:val="17"/>
              </w:rPr>
              <w:t>2</w:t>
            </w:r>
          </w:p>
        </w:tc>
        <w:tc>
          <w:tcPr>
            <w:tcW w:w="425" w:type="dxa"/>
            <w:shd w:val="clear" w:color="auto" w:fill="D9EAF7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0AD3C39" w14:textId="77777777" w:rsidR="00700C93" w:rsidRDefault="00366195">
            <w:pPr>
              <w:spacing w:after="0"/>
              <w:jc w:val="center"/>
            </w:pPr>
            <w:r>
              <w:rPr>
                <w:b/>
                <w:sz w:val="17"/>
              </w:rPr>
              <w:t>3</w:t>
            </w:r>
          </w:p>
        </w:tc>
        <w:tc>
          <w:tcPr>
            <w:tcW w:w="425" w:type="dxa"/>
            <w:shd w:val="clear" w:color="auto" w:fill="D9EAF7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0EC0457" w14:textId="77777777" w:rsidR="00700C93" w:rsidRDefault="00366195">
            <w:pPr>
              <w:spacing w:after="0"/>
              <w:jc w:val="center"/>
            </w:pPr>
            <w:r>
              <w:rPr>
                <w:b/>
                <w:sz w:val="17"/>
              </w:rPr>
              <w:t>4</w:t>
            </w:r>
          </w:p>
        </w:tc>
        <w:tc>
          <w:tcPr>
            <w:tcW w:w="425" w:type="dxa"/>
            <w:shd w:val="clear" w:color="auto" w:fill="D9EAF7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96F48D6" w14:textId="77777777" w:rsidR="00700C93" w:rsidRDefault="00366195">
            <w:pPr>
              <w:spacing w:after="0"/>
              <w:jc w:val="center"/>
            </w:pPr>
            <w:r>
              <w:rPr>
                <w:b/>
                <w:sz w:val="17"/>
              </w:rPr>
              <w:t>5</w:t>
            </w:r>
          </w:p>
        </w:tc>
        <w:tc>
          <w:tcPr>
            <w:tcW w:w="482" w:type="dxa"/>
            <w:shd w:val="clear" w:color="auto" w:fill="D9EAF7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D4A06CE" w14:textId="77777777" w:rsidR="00700C93" w:rsidRDefault="00366195">
            <w:pPr>
              <w:spacing w:after="0"/>
              <w:jc w:val="center"/>
            </w:pPr>
            <w:r>
              <w:rPr>
                <w:b/>
                <w:sz w:val="17"/>
              </w:rPr>
              <w:t>TP</w:t>
            </w:r>
          </w:p>
        </w:tc>
      </w:tr>
      <w:tr w:rsidR="00700C93" w14:paraId="055C2046" w14:textId="77777777">
        <w:trPr>
          <w:cantSplit/>
          <w:jc w:val="center"/>
        </w:trPr>
        <w:tc>
          <w:tcPr>
            <w:tcW w:w="6633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48B9D770" w14:textId="77777777" w:rsidR="00700C93" w:rsidRDefault="00366195">
            <w:pPr>
              <w:spacing w:after="0" w:line="240" w:lineRule="auto"/>
            </w:pPr>
            <w:r>
              <w:rPr>
                <w:sz w:val="16"/>
              </w:rPr>
              <w:t>wydarzenia kulturalne i artystyczne: koncerty, teatr, wystawy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1C8ACFE3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1455F608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40CC5E15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7B4228E9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34287851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82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0F9C9711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</w:tr>
      <w:tr w:rsidR="00700C93" w14:paraId="2A5B99A9" w14:textId="77777777">
        <w:trPr>
          <w:cantSplit/>
          <w:jc w:val="center"/>
        </w:trPr>
        <w:tc>
          <w:tcPr>
            <w:tcW w:w="6633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3A4EE0A4" w14:textId="77777777" w:rsidR="00700C93" w:rsidRDefault="00366195">
            <w:pPr>
              <w:spacing w:after="0" w:line="240" w:lineRule="auto"/>
            </w:pPr>
            <w:r>
              <w:rPr>
                <w:sz w:val="16"/>
              </w:rPr>
              <w:t>warsztaty plastyczne i artystyczne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7F0CCACB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28CCB812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50BE5AC9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31ADBF77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71970807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82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4A1BDF8A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</w:tr>
      <w:tr w:rsidR="00700C93" w14:paraId="70DC8399" w14:textId="77777777">
        <w:trPr>
          <w:cantSplit/>
          <w:jc w:val="center"/>
        </w:trPr>
        <w:tc>
          <w:tcPr>
            <w:tcW w:w="6633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1722AAC9" w14:textId="77777777" w:rsidR="00700C93" w:rsidRDefault="00366195">
            <w:pPr>
              <w:spacing w:after="0" w:line="240" w:lineRule="auto"/>
            </w:pPr>
            <w:r>
              <w:rPr>
                <w:sz w:val="16"/>
              </w:rPr>
              <w:t>rękodzieło, rzemiosło, praca z gliną, tkaniną, drewnem lub innymi materiałami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27FE91F3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6C31E234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50BFD74E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6AB3B342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0AF0E8B6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82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571C39A6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</w:tr>
      <w:tr w:rsidR="00700C93" w14:paraId="08B86066" w14:textId="77777777">
        <w:trPr>
          <w:cantSplit/>
          <w:jc w:val="center"/>
        </w:trPr>
        <w:tc>
          <w:tcPr>
            <w:tcW w:w="6633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56B16CCE" w14:textId="77777777" w:rsidR="00700C93" w:rsidRDefault="00366195">
            <w:pPr>
              <w:spacing w:after="0" w:line="240" w:lineRule="auto"/>
            </w:pPr>
            <w:r>
              <w:rPr>
                <w:sz w:val="16"/>
              </w:rPr>
              <w:t>zajęcia muzyczne, śpiew, gra na instrumentach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6FA80E26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1D33B68D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63EF04AE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63936FA9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2A2F882D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82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7C8801C2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</w:tr>
      <w:tr w:rsidR="00700C93" w14:paraId="4ECA5F05" w14:textId="77777777">
        <w:trPr>
          <w:cantSplit/>
          <w:jc w:val="center"/>
        </w:trPr>
        <w:tc>
          <w:tcPr>
            <w:tcW w:w="6633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2456D258" w14:textId="77777777" w:rsidR="00700C93" w:rsidRDefault="00366195">
            <w:pPr>
              <w:spacing w:after="0" w:line="240" w:lineRule="auto"/>
            </w:pPr>
            <w:r>
              <w:rPr>
                <w:sz w:val="16"/>
              </w:rPr>
              <w:t>zajęcia ruchowe, taneczne, teatralne i improwizacyjne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31D030AB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1AE7DA87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4BB72EAE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4D86A78C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41D673A3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82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5B1EFC85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</w:tr>
      <w:tr w:rsidR="00700C93" w14:paraId="07180429" w14:textId="77777777">
        <w:trPr>
          <w:cantSplit/>
          <w:jc w:val="center"/>
        </w:trPr>
        <w:tc>
          <w:tcPr>
            <w:tcW w:w="6633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44AC2173" w14:textId="77777777" w:rsidR="00700C93" w:rsidRDefault="00366195">
            <w:pPr>
              <w:spacing w:after="0" w:line="240" w:lineRule="auto"/>
            </w:pPr>
            <w:r>
              <w:rPr>
                <w:sz w:val="16"/>
              </w:rPr>
              <w:t>zajęcia dla dzieci i młodzieży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1A8C226E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0D118DC9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757917DB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41952378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117E96A0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82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40653E68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</w:tr>
      <w:tr w:rsidR="00700C93" w14:paraId="37078A33" w14:textId="77777777">
        <w:trPr>
          <w:cantSplit/>
          <w:jc w:val="center"/>
        </w:trPr>
        <w:tc>
          <w:tcPr>
            <w:tcW w:w="6633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3F644D58" w14:textId="77777777" w:rsidR="00700C93" w:rsidRDefault="00366195">
            <w:pPr>
              <w:spacing w:after="0" w:line="240" w:lineRule="auto"/>
            </w:pPr>
            <w:r>
              <w:rPr>
                <w:sz w:val="16"/>
              </w:rPr>
              <w:t>zajęcia i spotkania dla dorosłych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05F80882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176B070C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7FFA0417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357BD10E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6A0FD2BC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82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7C146F87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</w:tr>
      <w:tr w:rsidR="00700C93" w14:paraId="262E95E3" w14:textId="77777777">
        <w:trPr>
          <w:cantSplit/>
          <w:jc w:val="center"/>
        </w:trPr>
        <w:tc>
          <w:tcPr>
            <w:tcW w:w="6633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374D9F9E" w14:textId="77777777" w:rsidR="00700C93" w:rsidRDefault="00366195">
            <w:pPr>
              <w:spacing w:after="0" w:line="240" w:lineRule="auto"/>
            </w:pPr>
            <w:r>
              <w:rPr>
                <w:sz w:val="16"/>
              </w:rPr>
              <w:t>zajęcia i spotkania dla seniorów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37F1491D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3E8EB9C6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0479AB6A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4AB1A3C0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1BE3D6F7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82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0EBA8FE2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</w:tr>
      <w:tr w:rsidR="00700C93" w14:paraId="3711382C" w14:textId="77777777">
        <w:trPr>
          <w:cantSplit/>
          <w:jc w:val="center"/>
        </w:trPr>
        <w:tc>
          <w:tcPr>
            <w:tcW w:w="6633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6438F590" w14:textId="77777777" w:rsidR="00700C93" w:rsidRDefault="00366195">
            <w:pPr>
              <w:spacing w:after="0" w:line="240" w:lineRule="auto"/>
            </w:pPr>
            <w:r>
              <w:rPr>
                <w:sz w:val="16"/>
              </w:rPr>
              <w:t>programy rodzinne i międzypokoleniowe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783175D1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1C81D155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3B486DD7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64AAA147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00FA0846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82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131C12FD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</w:tr>
      <w:tr w:rsidR="00700C93" w14:paraId="13B89481" w14:textId="77777777">
        <w:trPr>
          <w:cantSplit/>
          <w:jc w:val="center"/>
        </w:trPr>
        <w:tc>
          <w:tcPr>
            <w:tcW w:w="6633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2AA4C12C" w14:textId="77777777" w:rsidR="00700C93" w:rsidRDefault="00366195">
            <w:pPr>
              <w:spacing w:after="0" w:line="240" w:lineRule="auto"/>
            </w:pPr>
            <w:r>
              <w:rPr>
                <w:sz w:val="16"/>
              </w:rPr>
              <w:t>lekcje, warsztaty i programy we współpracy ze szkołami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0D93743A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6CDE943C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31E9A05C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6AB9A5E3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6F1DE5B4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82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69022E56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</w:tr>
      <w:tr w:rsidR="00700C93" w14:paraId="754A3676" w14:textId="77777777">
        <w:trPr>
          <w:cantSplit/>
          <w:jc w:val="center"/>
        </w:trPr>
        <w:tc>
          <w:tcPr>
            <w:tcW w:w="6633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2B25C49F" w14:textId="77777777" w:rsidR="00700C93" w:rsidRDefault="00366195">
            <w:pPr>
              <w:spacing w:after="0" w:line="240" w:lineRule="auto"/>
            </w:pPr>
            <w:r>
              <w:rPr>
                <w:sz w:val="16"/>
              </w:rPr>
              <w:t>spotkania mieszkańców, organizacji i grup lokalnych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62F4E499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67F29D71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618EEC6A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43107BB8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6A671A2F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82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10645CD6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</w:tr>
      <w:tr w:rsidR="00700C93" w14:paraId="5919CE7D" w14:textId="77777777">
        <w:trPr>
          <w:cantSplit/>
          <w:jc w:val="center"/>
        </w:trPr>
        <w:tc>
          <w:tcPr>
            <w:tcW w:w="6633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3B1839F7" w14:textId="77777777" w:rsidR="00700C93" w:rsidRDefault="00366195">
            <w:pPr>
              <w:spacing w:after="0" w:line="240" w:lineRule="auto"/>
            </w:pPr>
            <w:r>
              <w:rPr>
                <w:sz w:val="16"/>
              </w:rPr>
              <w:t>debaty, rozmowy i działania dotyczące spraw lokalnych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2B747E31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2F19DFE4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0EAEE940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6736F14C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41D3E187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82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787FC79D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</w:tr>
      <w:tr w:rsidR="00700C93" w14:paraId="43CB3FE5" w14:textId="77777777">
        <w:trPr>
          <w:cantSplit/>
          <w:jc w:val="center"/>
        </w:trPr>
        <w:tc>
          <w:tcPr>
            <w:tcW w:w="6633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4E13865F" w14:textId="77777777" w:rsidR="00700C93" w:rsidRDefault="00366195">
            <w:pPr>
              <w:spacing w:after="0" w:line="240" w:lineRule="auto"/>
            </w:pPr>
            <w:r>
              <w:rPr>
                <w:sz w:val="16"/>
              </w:rPr>
              <w:t>wykłady i spotkania poświęcone historii, kulturze, sztuce i nauce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5E16D91B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2D93BE8C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1801BD41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15C62987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6E33DB62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82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56743968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</w:tr>
      <w:tr w:rsidR="00700C93" w14:paraId="749D869C" w14:textId="77777777">
        <w:trPr>
          <w:cantSplit/>
          <w:jc w:val="center"/>
        </w:trPr>
        <w:tc>
          <w:tcPr>
            <w:tcW w:w="6633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675F0A5B" w14:textId="77777777" w:rsidR="00700C93" w:rsidRDefault="00366195">
            <w:pPr>
              <w:spacing w:after="0" w:line="240" w:lineRule="auto"/>
            </w:pPr>
            <w:r>
              <w:rPr>
                <w:sz w:val="16"/>
              </w:rPr>
              <w:t>działania dotyczące historii i dziedzictwa Raszyna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441D40EA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31503484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6CFB67D2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03CAC227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14870426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82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1AB6DF34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</w:tr>
      <w:tr w:rsidR="00700C93" w14:paraId="2F554664" w14:textId="77777777">
        <w:trPr>
          <w:cantSplit/>
          <w:jc w:val="center"/>
        </w:trPr>
        <w:tc>
          <w:tcPr>
            <w:tcW w:w="6633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5A41FBC4" w14:textId="77777777" w:rsidR="00700C93" w:rsidRDefault="00366195">
            <w:pPr>
              <w:spacing w:after="0" w:line="240" w:lineRule="auto"/>
            </w:pPr>
            <w:r>
              <w:rPr>
                <w:sz w:val="16"/>
              </w:rPr>
              <w:t>archiwum społeczne, nagrywanie wspomnień, digitalizacja pamiątek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30647A07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19AA20A2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2EB2A245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16080C7B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4DD3953D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82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491114BC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</w:tr>
      <w:tr w:rsidR="00700C93" w14:paraId="3C957506" w14:textId="77777777">
        <w:trPr>
          <w:cantSplit/>
          <w:jc w:val="center"/>
        </w:trPr>
        <w:tc>
          <w:tcPr>
            <w:tcW w:w="6633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757A38DA" w14:textId="77777777" w:rsidR="00700C93" w:rsidRDefault="00366195">
            <w:pPr>
              <w:spacing w:after="0" w:line="240" w:lineRule="auto"/>
            </w:pPr>
            <w:r>
              <w:rPr>
                <w:sz w:val="16"/>
              </w:rPr>
              <w:t>spacery historyczne i działania w przestrzeni gminy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6CE3EAD2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7EB45C38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6842B9C4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62DD83EB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671AC7E7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82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0973DA96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</w:tr>
      <w:tr w:rsidR="00700C93" w14:paraId="34259C95" w14:textId="77777777">
        <w:trPr>
          <w:cantSplit/>
          <w:jc w:val="center"/>
        </w:trPr>
        <w:tc>
          <w:tcPr>
            <w:tcW w:w="6633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4CB73A6D" w14:textId="77777777" w:rsidR="00700C93" w:rsidRDefault="00366195">
            <w:pPr>
              <w:spacing w:after="0" w:line="240" w:lineRule="auto"/>
            </w:pPr>
            <w:r>
              <w:rPr>
                <w:sz w:val="16"/>
              </w:rPr>
              <w:t>wydarzenia integracyjne i międzykulturowe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2C4939DF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103DE46D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3170D6DB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50EF5E4F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0A01D2DF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82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03036425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</w:tr>
      <w:tr w:rsidR="00700C93" w14:paraId="5A53FDC2" w14:textId="77777777">
        <w:trPr>
          <w:cantSplit/>
          <w:jc w:val="center"/>
        </w:trPr>
        <w:tc>
          <w:tcPr>
            <w:tcW w:w="6633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21F4E25D" w14:textId="77777777" w:rsidR="00700C93" w:rsidRDefault="00366195">
            <w:pPr>
              <w:spacing w:after="0" w:line="240" w:lineRule="auto"/>
            </w:pPr>
            <w:r>
              <w:rPr>
                <w:sz w:val="16"/>
              </w:rPr>
              <w:t>prezentacje lokalnych twórców, artystów i organizacji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4A9CD949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7E4894A4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417B5096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32CF71D2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5B4E4B45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82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65AA88EE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</w:tr>
    </w:tbl>
    <w:p w14:paraId="633AD982" w14:textId="77777777" w:rsidR="00700C93" w:rsidRDefault="00700C93">
      <w:pPr>
        <w:spacing w:after="20"/>
      </w:pPr>
    </w:p>
    <w:p w14:paraId="63B74EDB" w14:textId="77777777" w:rsidR="00700C93" w:rsidRDefault="00366195">
      <w:pPr>
        <w:pStyle w:val="Question"/>
        <w:spacing w:before="80" w:after="40"/>
      </w:pPr>
      <w:r>
        <w:t>8. Które z powyższych rodzajów aktywności byłyby dla Pani/Pana najważniejsze?</w:t>
      </w:r>
    </w:p>
    <w:p w14:paraId="0A59005A" w14:textId="77777777" w:rsidR="00700C93" w:rsidRDefault="00366195">
      <w:pPr>
        <w:pStyle w:val="SmallNote"/>
        <w:keepNext/>
        <w:spacing w:after="40"/>
      </w:pPr>
      <w:r>
        <w:t>Proszę wskazać maksymalnie 5 pozycji, wpisując ich nazwy lub krótkie określenia.</w:t>
      </w:r>
    </w:p>
    <w:p w14:paraId="2CFF297E" w14:textId="0EBAD4B7" w:rsidR="00700C93" w:rsidRDefault="00366195">
      <w:pPr>
        <w:keepLines/>
        <w:spacing w:after="20"/>
      </w:pPr>
      <w:r>
        <w:rPr>
          <w:color w:val="969696"/>
          <w:sz w:val="17"/>
        </w:rPr>
        <w:t>...................................................................................................................................</w:t>
      </w:r>
      <w:r w:rsidR="003B78EF">
        <w:rPr>
          <w:color w:val="969696"/>
          <w:sz w:val="17"/>
        </w:rPr>
        <w:t>..................</w:t>
      </w:r>
      <w:r>
        <w:rPr>
          <w:color w:val="969696"/>
          <w:sz w:val="17"/>
        </w:rPr>
        <w:t>.....................................</w:t>
      </w:r>
    </w:p>
    <w:p w14:paraId="53E78FC1" w14:textId="6D887994" w:rsidR="00700C93" w:rsidRDefault="00366195">
      <w:pPr>
        <w:keepLines/>
        <w:spacing w:after="20"/>
      </w:pPr>
      <w:r>
        <w:rPr>
          <w:color w:val="969696"/>
          <w:sz w:val="17"/>
        </w:rPr>
        <w:t>.....................................................................................................................................................</w:t>
      </w:r>
      <w:r w:rsidR="003B78EF">
        <w:rPr>
          <w:color w:val="969696"/>
          <w:sz w:val="17"/>
        </w:rPr>
        <w:t>..................</w:t>
      </w:r>
      <w:r>
        <w:rPr>
          <w:color w:val="969696"/>
          <w:sz w:val="17"/>
        </w:rPr>
        <w:t>...................</w:t>
      </w:r>
    </w:p>
    <w:p w14:paraId="7582B5CD" w14:textId="77777777" w:rsidR="00700C93" w:rsidRDefault="00366195">
      <w:pPr>
        <w:pStyle w:val="Question"/>
        <w:spacing w:before="80" w:after="40"/>
      </w:pPr>
      <w:r>
        <w:t>9. Gdyby Stajnia Austerii oferowała interesujące Panią/Pana działania, jak często realnie korzystał(a)by Pan/Pani z tego miejsca?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02"/>
        <w:gridCol w:w="4930"/>
      </w:tblGrid>
      <w:tr w:rsidR="00700C93" w14:paraId="18D04FDA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32857FBF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Raz w tygodniu lub częściej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4682890B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2-3 razy w miesiącu</w:t>
            </w:r>
          </w:p>
        </w:tc>
      </w:tr>
      <w:tr w:rsidR="00700C93" w14:paraId="3139D196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0A942468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Około raz w miesiącu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704564D2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Kilka razy w roku</w:t>
            </w:r>
          </w:p>
        </w:tc>
      </w:tr>
      <w:tr w:rsidR="00700C93" w14:paraId="367661BE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122A46BB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Rzadziej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7AE8223C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Nie korzystał(a)bym</w:t>
            </w:r>
          </w:p>
        </w:tc>
      </w:tr>
      <w:tr w:rsidR="00700C93" w14:paraId="7E4417D9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769078EE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Trudno powiedzieć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1F7C4A88" w14:textId="77777777" w:rsidR="00700C93" w:rsidRDefault="00700C93"/>
        </w:tc>
      </w:tr>
    </w:tbl>
    <w:p w14:paraId="1553D4DF" w14:textId="77777777" w:rsidR="00700C93" w:rsidRDefault="00700C93">
      <w:pPr>
        <w:spacing w:after="0"/>
      </w:pPr>
    </w:p>
    <w:p w14:paraId="4C1A3E5C" w14:textId="77777777" w:rsidR="00700C93" w:rsidRDefault="00366195">
      <w:pPr>
        <w:pStyle w:val="Question"/>
        <w:spacing w:before="80" w:after="40"/>
      </w:pPr>
      <w:r>
        <w:t>10. Zakładając, że program Stajni Austerii odpowiadałby Pani/Pana zainteresowaniom, ile razy w ciągu pierwszych 12 miesięcy po jej uruchomieniu realnie przewiduje Pan/Pani skorzystanie z oferty?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30"/>
        <w:gridCol w:w="4902"/>
      </w:tblGrid>
      <w:tr w:rsidR="00700C93" w14:paraId="518D1B78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25D736FA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0 razy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4C64C958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1-2 razy</w:t>
            </w:r>
          </w:p>
        </w:tc>
      </w:tr>
      <w:tr w:rsidR="00700C93" w14:paraId="377E2FE9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2D63B704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3-5 razy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6570E7EC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6-11 razy</w:t>
            </w:r>
          </w:p>
        </w:tc>
      </w:tr>
      <w:tr w:rsidR="00700C93" w14:paraId="24DF84A4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7F00DC0D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12-23 razy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5F06D9D4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24 razy lub więcej</w:t>
            </w:r>
          </w:p>
        </w:tc>
      </w:tr>
      <w:tr w:rsidR="00700C93" w14:paraId="4554C44C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2DF04D43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Trudno powiedzieć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76D0DA54" w14:textId="77777777" w:rsidR="00700C93" w:rsidRDefault="00700C93"/>
        </w:tc>
      </w:tr>
    </w:tbl>
    <w:p w14:paraId="5FFB7425" w14:textId="77777777" w:rsidR="00700C93" w:rsidRDefault="00700C93">
      <w:pPr>
        <w:spacing w:after="0"/>
      </w:pPr>
    </w:p>
    <w:p w14:paraId="4CA395CB" w14:textId="77777777" w:rsidR="00700C93" w:rsidRDefault="00366195">
      <w:pPr>
        <w:pStyle w:val="Question"/>
        <w:spacing w:before="80" w:after="40"/>
      </w:pPr>
      <w:r>
        <w:t>11. Czy możliwość korzystania ze Stajni Austerii oznaczałaby dla Pani/Pana częstsze niż obecnie uczestnictwo w kulturze, zajęciach lub wydarzeniach społecznych?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06"/>
      </w:tblGrid>
      <w:tr w:rsidR="00700C93" w14:paraId="45BF7BDE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3AB66B3B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Zdecydowanie tak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033C9226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Raczej tak</w:t>
            </w:r>
          </w:p>
        </w:tc>
      </w:tr>
      <w:tr w:rsidR="00700C93" w14:paraId="07B9C25F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5DFFD91A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Bez większej zmiany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3B38A90A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Raczej nie</w:t>
            </w:r>
          </w:p>
        </w:tc>
      </w:tr>
      <w:tr w:rsidR="00700C93" w14:paraId="6ED7C694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7C6272E7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Zdecydowanie nie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67DEF131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Trudno powiedzieć</w:t>
            </w:r>
          </w:p>
        </w:tc>
      </w:tr>
    </w:tbl>
    <w:p w14:paraId="66EA1D8A" w14:textId="77777777" w:rsidR="00700C93" w:rsidRDefault="00700C93">
      <w:pPr>
        <w:spacing w:after="0"/>
      </w:pPr>
    </w:p>
    <w:p w14:paraId="3E7C280D" w14:textId="77777777" w:rsidR="00700C93" w:rsidRDefault="00366195">
      <w:pPr>
        <w:pStyle w:val="Question"/>
        <w:spacing w:before="80" w:after="40"/>
      </w:pPr>
      <w:r>
        <w:t>12. Gdyby oferta Stajni Austerii nie powstała, gdzie najprawdopodobniej korzystał(a)by Pan/Pani z podobnych zajęć lub wydarzeń?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29"/>
        <w:gridCol w:w="4803"/>
      </w:tblGrid>
      <w:tr w:rsidR="00700C93" w14:paraId="1CE796EB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3C194A4C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w innym obiekcie na terenie gminy Raszyn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31441BB4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w Warszawie</w:t>
            </w:r>
          </w:p>
        </w:tc>
      </w:tr>
      <w:tr w:rsidR="00700C93" w14:paraId="660F3048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7B9576A1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w innej gminie / miejscowości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2FF506B6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głównie online</w:t>
            </w:r>
          </w:p>
        </w:tc>
      </w:tr>
      <w:tr w:rsidR="00700C93" w14:paraId="6C44192A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6FBC34E3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najprawdopodobniej nie korzystał(a)bym z takiej oferty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2245D689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trudno powiedzieć</w:t>
            </w:r>
          </w:p>
        </w:tc>
      </w:tr>
      <w:tr w:rsidR="00700C93" w14:paraId="6E24C835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0B864078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inne: ............................................................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3863F7C3" w14:textId="77777777" w:rsidR="00700C93" w:rsidRDefault="00700C93"/>
        </w:tc>
      </w:tr>
    </w:tbl>
    <w:p w14:paraId="14218754" w14:textId="77777777" w:rsidR="00700C93" w:rsidRDefault="00700C93">
      <w:pPr>
        <w:spacing w:after="0"/>
      </w:pPr>
    </w:p>
    <w:p w14:paraId="65514E8C" w14:textId="77777777" w:rsidR="00700C93" w:rsidRDefault="00366195">
      <w:pPr>
        <w:pStyle w:val="Question"/>
        <w:spacing w:before="80" w:after="40"/>
      </w:pPr>
      <w:r>
        <w:t>13. Z jakich form korzystania z obiektu był(a)by Pan/Pani zainteresowany/a?</w:t>
      </w:r>
    </w:p>
    <w:p w14:paraId="7B3F3110" w14:textId="77777777" w:rsidR="00700C93" w:rsidRDefault="00366195">
      <w:pPr>
        <w:pStyle w:val="SmallNote"/>
        <w:keepNext/>
        <w:spacing w:after="40"/>
      </w:pPr>
      <w:r>
        <w:t>Można zaznaczyć kilka odpowiedzi.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17"/>
        <w:gridCol w:w="4815"/>
      </w:tblGrid>
      <w:tr w:rsidR="00700C93" w14:paraId="45A76A34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424A3BB5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jednorazowe wydarzenia, koncerty, wystawy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34E16333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cykliczne zajęcia lub warsztaty</w:t>
            </w:r>
          </w:p>
        </w:tc>
      </w:tr>
      <w:tr w:rsidR="00700C93" w14:paraId="3F334839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42A21C17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krótkie kursy / cykle kilku spotkań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601C77F8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regularne spotkania grup lub organizacji</w:t>
            </w:r>
          </w:p>
        </w:tc>
      </w:tr>
      <w:tr w:rsidR="00700C93" w14:paraId="474C0769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2D669876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wydarzenia rodzinne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53F3B3F8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wydarzenia plenerowe powiązane z Austerią</w:t>
            </w:r>
          </w:p>
        </w:tc>
      </w:tr>
      <w:tr w:rsidR="00700C93" w14:paraId="3F2E70BD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4AC52A93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korzystanie z archiwum / materiałów cyfrowych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08FF24AB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wolontariat lub współtworzenie programu</w:t>
            </w:r>
          </w:p>
        </w:tc>
      </w:tr>
      <w:tr w:rsidR="00700C93" w14:paraId="747E0266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73A7DA79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inne: ............................................................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09754FAB" w14:textId="77777777" w:rsidR="00700C93" w:rsidRDefault="00700C93"/>
        </w:tc>
      </w:tr>
    </w:tbl>
    <w:p w14:paraId="212EF480" w14:textId="77777777" w:rsidR="00700C93" w:rsidRDefault="00700C93">
      <w:pPr>
        <w:spacing w:after="0"/>
      </w:pPr>
    </w:p>
    <w:p w14:paraId="21668647" w14:textId="77777777" w:rsidR="00700C93" w:rsidRDefault="00366195">
      <w:pPr>
        <w:pStyle w:val="Section"/>
        <w:pBdr>
          <w:bottom w:val="single" w:sz="8" w:space="1" w:color="B8CCE4"/>
        </w:pBdr>
        <w:spacing w:before="160" w:after="100"/>
      </w:pPr>
      <w:r>
        <w:t>C. POTRZEBA PRZESTRZENI I FUNKCJI OBIEKTU</w:t>
      </w:r>
    </w:p>
    <w:p w14:paraId="753A18F9" w14:textId="77777777" w:rsidR="00700C93" w:rsidRDefault="00366195">
      <w:pPr>
        <w:pStyle w:val="Question"/>
        <w:spacing w:before="80" w:after="40"/>
      </w:pPr>
      <w:r>
        <w:t>14. Na ile przydałaby się Pani/Panu w Stajni Austerii przestrzeń, w której można…</w:t>
      </w:r>
    </w:p>
    <w:p w14:paraId="50DCF7BA" w14:textId="77777777" w:rsidR="00700C93" w:rsidRDefault="00366195">
      <w:pPr>
        <w:pStyle w:val="SmallNote"/>
        <w:keepNext/>
        <w:spacing w:after="40"/>
      </w:pPr>
      <w:r>
        <w:t>1 - wcale; 2 - raczej nie; 3 - umiarkowanie; 4 - raczej tak; 5 - bardzo; TP - trudno powiedzieć.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633"/>
        <w:gridCol w:w="425"/>
        <w:gridCol w:w="425"/>
        <w:gridCol w:w="425"/>
        <w:gridCol w:w="425"/>
        <w:gridCol w:w="425"/>
        <w:gridCol w:w="482"/>
      </w:tblGrid>
      <w:tr w:rsidR="00700C93" w14:paraId="6E5A2857" w14:textId="77777777">
        <w:trPr>
          <w:cantSplit/>
          <w:tblHeader/>
          <w:jc w:val="center"/>
        </w:trPr>
        <w:tc>
          <w:tcPr>
            <w:tcW w:w="6633" w:type="dxa"/>
            <w:shd w:val="clear" w:color="auto" w:fill="D9EAF7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186A5E" w14:textId="77777777" w:rsidR="00700C93" w:rsidRDefault="00366195">
            <w:pPr>
              <w:spacing w:after="0"/>
            </w:pPr>
            <w:r>
              <w:rPr>
                <w:b/>
                <w:sz w:val="17"/>
              </w:rPr>
              <w:t>Propozycja / stwierdzenie</w:t>
            </w:r>
          </w:p>
        </w:tc>
        <w:tc>
          <w:tcPr>
            <w:tcW w:w="425" w:type="dxa"/>
            <w:shd w:val="clear" w:color="auto" w:fill="D9EAF7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BB58325" w14:textId="77777777" w:rsidR="00700C93" w:rsidRDefault="00366195">
            <w:pPr>
              <w:spacing w:after="0"/>
              <w:jc w:val="center"/>
            </w:pPr>
            <w:r>
              <w:rPr>
                <w:b/>
                <w:sz w:val="17"/>
              </w:rPr>
              <w:t>1</w:t>
            </w:r>
          </w:p>
        </w:tc>
        <w:tc>
          <w:tcPr>
            <w:tcW w:w="425" w:type="dxa"/>
            <w:shd w:val="clear" w:color="auto" w:fill="D9EAF7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D750AF8" w14:textId="77777777" w:rsidR="00700C93" w:rsidRDefault="00366195">
            <w:pPr>
              <w:spacing w:after="0"/>
              <w:jc w:val="center"/>
            </w:pPr>
            <w:r>
              <w:rPr>
                <w:b/>
                <w:sz w:val="17"/>
              </w:rPr>
              <w:t>2</w:t>
            </w:r>
          </w:p>
        </w:tc>
        <w:tc>
          <w:tcPr>
            <w:tcW w:w="425" w:type="dxa"/>
            <w:shd w:val="clear" w:color="auto" w:fill="D9EAF7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E328E8D" w14:textId="77777777" w:rsidR="00700C93" w:rsidRDefault="00366195">
            <w:pPr>
              <w:spacing w:after="0"/>
              <w:jc w:val="center"/>
            </w:pPr>
            <w:r>
              <w:rPr>
                <w:b/>
                <w:sz w:val="17"/>
              </w:rPr>
              <w:t>3</w:t>
            </w:r>
          </w:p>
        </w:tc>
        <w:tc>
          <w:tcPr>
            <w:tcW w:w="425" w:type="dxa"/>
            <w:shd w:val="clear" w:color="auto" w:fill="D9EAF7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493BBD8" w14:textId="77777777" w:rsidR="00700C93" w:rsidRDefault="00366195">
            <w:pPr>
              <w:spacing w:after="0"/>
              <w:jc w:val="center"/>
            </w:pPr>
            <w:r>
              <w:rPr>
                <w:b/>
                <w:sz w:val="17"/>
              </w:rPr>
              <w:t>4</w:t>
            </w:r>
          </w:p>
        </w:tc>
        <w:tc>
          <w:tcPr>
            <w:tcW w:w="425" w:type="dxa"/>
            <w:shd w:val="clear" w:color="auto" w:fill="D9EAF7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29A3ACA" w14:textId="77777777" w:rsidR="00700C93" w:rsidRDefault="00366195">
            <w:pPr>
              <w:spacing w:after="0"/>
              <w:jc w:val="center"/>
            </w:pPr>
            <w:r>
              <w:rPr>
                <w:b/>
                <w:sz w:val="17"/>
              </w:rPr>
              <w:t>5</w:t>
            </w:r>
          </w:p>
        </w:tc>
        <w:tc>
          <w:tcPr>
            <w:tcW w:w="482" w:type="dxa"/>
            <w:shd w:val="clear" w:color="auto" w:fill="D9EAF7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1CE31D2" w14:textId="77777777" w:rsidR="00700C93" w:rsidRDefault="00366195">
            <w:pPr>
              <w:spacing w:after="0"/>
              <w:jc w:val="center"/>
            </w:pPr>
            <w:r>
              <w:rPr>
                <w:b/>
                <w:sz w:val="17"/>
              </w:rPr>
              <w:t>TP</w:t>
            </w:r>
          </w:p>
        </w:tc>
      </w:tr>
      <w:tr w:rsidR="00700C93" w14:paraId="602C5977" w14:textId="77777777">
        <w:trPr>
          <w:cantSplit/>
          <w:jc w:val="center"/>
        </w:trPr>
        <w:tc>
          <w:tcPr>
            <w:tcW w:w="6633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13CA96C2" w14:textId="77777777" w:rsidR="00700C93" w:rsidRDefault="00366195">
            <w:pPr>
              <w:spacing w:after="0" w:line="240" w:lineRule="auto"/>
            </w:pPr>
            <w:r>
              <w:rPr>
                <w:sz w:val="16"/>
              </w:rPr>
              <w:t>prowadzić warsztaty wymagające stołów roboczych, wody i łatwego sprzątania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5E063B69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3022080F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249BE3EB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0B837841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4DA90CD6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82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695E428F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</w:tr>
      <w:tr w:rsidR="00700C93" w14:paraId="29483C94" w14:textId="77777777">
        <w:trPr>
          <w:cantSplit/>
          <w:jc w:val="center"/>
        </w:trPr>
        <w:tc>
          <w:tcPr>
            <w:tcW w:w="6633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20710B31" w14:textId="77777777" w:rsidR="00700C93" w:rsidRDefault="00366195">
            <w:pPr>
              <w:spacing w:after="0" w:line="240" w:lineRule="auto"/>
            </w:pPr>
            <w:r>
              <w:rPr>
                <w:sz w:val="16"/>
              </w:rPr>
              <w:t>pracować z materiałami takimi jak glina, farby, tkaniny lub drewno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2BC70BED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0E21549F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2FB82337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462BCB73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1928C5C9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82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4C385CAD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</w:tr>
      <w:tr w:rsidR="00700C93" w14:paraId="2ADA7635" w14:textId="77777777">
        <w:trPr>
          <w:cantSplit/>
          <w:jc w:val="center"/>
        </w:trPr>
        <w:tc>
          <w:tcPr>
            <w:tcW w:w="6633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5348CA8A" w14:textId="77777777" w:rsidR="00700C93" w:rsidRDefault="00366195">
            <w:pPr>
              <w:spacing w:after="0" w:line="240" w:lineRule="auto"/>
            </w:pPr>
            <w:r>
              <w:rPr>
                <w:sz w:val="16"/>
              </w:rPr>
              <w:t>pozostawić rozpoczętą pracę lub materiały do kolejnych zajęć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2A8EE2A1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469913CD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79998D17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12C6A198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69320FF8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82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409B8F6F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</w:tr>
      <w:tr w:rsidR="00700C93" w14:paraId="6A2E2D92" w14:textId="77777777">
        <w:trPr>
          <w:cantSplit/>
          <w:jc w:val="center"/>
        </w:trPr>
        <w:tc>
          <w:tcPr>
            <w:tcW w:w="6633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19F5A3C7" w14:textId="77777777" w:rsidR="00700C93" w:rsidRDefault="00366195">
            <w:pPr>
              <w:spacing w:after="0" w:line="240" w:lineRule="auto"/>
            </w:pPr>
            <w:r>
              <w:rPr>
                <w:sz w:val="16"/>
              </w:rPr>
              <w:t>prowadzić zajęcia muzyczne, teatralne, taneczne lub ruchowe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7F98B892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20EDAA7C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58B20AD2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415607D6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1C7765A6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82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2B836108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</w:tr>
      <w:tr w:rsidR="00700C93" w14:paraId="42A7D982" w14:textId="77777777">
        <w:trPr>
          <w:cantSplit/>
          <w:jc w:val="center"/>
        </w:trPr>
        <w:tc>
          <w:tcPr>
            <w:tcW w:w="6633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089726B0" w14:textId="77777777" w:rsidR="00700C93" w:rsidRDefault="00366195">
            <w:pPr>
              <w:spacing w:after="0" w:line="240" w:lineRule="auto"/>
            </w:pPr>
            <w:r>
              <w:rPr>
                <w:sz w:val="16"/>
              </w:rPr>
              <w:t>organizować niewielkie koncerty, spektakle, prezentacje lub pokazy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29B3EFF3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77091816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32EE09E4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70FE3A14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640711B1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82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7E3E9A06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</w:tr>
      <w:tr w:rsidR="00700C93" w14:paraId="13CF5AE0" w14:textId="77777777">
        <w:trPr>
          <w:cantSplit/>
          <w:jc w:val="center"/>
        </w:trPr>
        <w:tc>
          <w:tcPr>
            <w:tcW w:w="6633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3C50177C" w14:textId="77777777" w:rsidR="00700C93" w:rsidRDefault="00366195">
            <w:pPr>
              <w:spacing w:after="0" w:line="240" w:lineRule="auto"/>
            </w:pPr>
            <w:r>
              <w:rPr>
                <w:sz w:val="16"/>
              </w:rPr>
              <w:t>organizować wystawy historyczne, artystyczne i społeczne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67A1BFEB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434C8C56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6AB0A3A5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1582DA12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57F491F2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82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5C8FCD99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</w:tr>
      <w:tr w:rsidR="00700C93" w14:paraId="536806B8" w14:textId="77777777">
        <w:trPr>
          <w:cantSplit/>
          <w:jc w:val="center"/>
        </w:trPr>
        <w:tc>
          <w:tcPr>
            <w:tcW w:w="6633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14DDF342" w14:textId="77777777" w:rsidR="00700C93" w:rsidRDefault="00366195">
            <w:pPr>
              <w:spacing w:after="0" w:line="240" w:lineRule="auto"/>
            </w:pPr>
            <w:r>
              <w:rPr>
                <w:sz w:val="16"/>
              </w:rPr>
              <w:t>spotykać się regularnie w małych grupach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21C9E114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58CC7549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36BC5420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71F42AF6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3F210951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82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716F3C45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</w:tr>
      <w:tr w:rsidR="00700C93" w14:paraId="322583B2" w14:textId="77777777">
        <w:trPr>
          <w:cantSplit/>
          <w:jc w:val="center"/>
        </w:trPr>
        <w:tc>
          <w:tcPr>
            <w:tcW w:w="6633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58D6B129" w14:textId="77777777" w:rsidR="00700C93" w:rsidRDefault="00366195">
            <w:pPr>
              <w:spacing w:after="0" w:line="240" w:lineRule="auto"/>
            </w:pPr>
            <w:r>
              <w:rPr>
                <w:sz w:val="16"/>
              </w:rPr>
              <w:t>prowadzić zajęcia dla dzieci, młodzieży i rodzin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3F575673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149C4A7A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4AE1F5D9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59A16344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1F6A14F3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82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43B281AC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</w:tr>
      <w:tr w:rsidR="00700C93" w14:paraId="3D565455" w14:textId="77777777">
        <w:trPr>
          <w:cantSplit/>
          <w:jc w:val="center"/>
        </w:trPr>
        <w:tc>
          <w:tcPr>
            <w:tcW w:w="6633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6439FFD4" w14:textId="77777777" w:rsidR="00700C93" w:rsidRDefault="00366195">
            <w:pPr>
              <w:spacing w:after="0" w:line="240" w:lineRule="auto"/>
            </w:pPr>
            <w:r>
              <w:rPr>
                <w:sz w:val="16"/>
              </w:rPr>
              <w:t>prowadzić działania dla seniorów i projekty międzypokoleniowe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201862C0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62912774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75A386D2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1D7825E5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2552828F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82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69675C8C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</w:tr>
      <w:tr w:rsidR="00700C93" w14:paraId="209FBF78" w14:textId="77777777">
        <w:trPr>
          <w:cantSplit/>
          <w:jc w:val="center"/>
        </w:trPr>
        <w:tc>
          <w:tcPr>
            <w:tcW w:w="6633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33EE02D1" w14:textId="77777777" w:rsidR="00700C93" w:rsidRDefault="00366195">
            <w:pPr>
              <w:spacing w:after="0" w:line="240" w:lineRule="auto"/>
            </w:pPr>
            <w:r>
              <w:rPr>
                <w:sz w:val="16"/>
              </w:rPr>
              <w:t>dokumentować, nagrywać i digitalizować wspomnienia oraz pamiątki mieszkańców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4CEEDFC5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030B6C3A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68439082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030BC837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760C8932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82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59F82B3E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</w:tr>
      <w:tr w:rsidR="00700C93" w14:paraId="7C724EFA" w14:textId="77777777">
        <w:trPr>
          <w:cantSplit/>
          <w:jc w:val="center"/>
        </w:trPr>
        <w:tc>
          <w:tcPr>
            <w:tcW w:w="6633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2B811F2F" w14:textId="77777777" w:rsidR="00700C93" w:rsidRDefault="00366195">
            <w:pPr>
              <w:spacing w:after="0" w:line="240" w:lineRule="auto"/>
            </w:pPr>
            <w:r>
              <w:rPr>
                <w:sz w:val="16"/>
              </w:rPr>
              <w:t>organizować spotkania mieszkańców i debatę o sprawach lokalnych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13961795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001369E0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03D17971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162C86F9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4542B1F4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82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2AB1A777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</w:tr>
      <w:tr w:rsidR="00700C93" w14:paraId="0CAB56FB" w14:textId="77777777">
        <w:trPr>
          <w:cantSplit/>
          <w:jc w:val="center"/>
        </w:trPr>
        <w:tc>
          <w:tcPr>
            <w:tcW w:w="6633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484CC95A" w14:textId="77777777" w:rsidR="00700C93" w:rsidRDefault="00366195">
            <w:pPr>
              <w:spacing w:after="0" w:line="240" w:lineRule="auto"/>
            </w:pPr>
            <w:r>
              <w:rPr>
                <w:sz w:val="16"/>
              </w:rPr>
              <w:t>prowadzić działania organizacji społecznych i inicjatyw oddolnych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44D55757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47846FAF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3EBD6690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031481ED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25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44C90BE2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  <w:tc>
          <w:tcPr>
            <w:tcW w:w="482" w:type="dxa"/>
            <w:tcMar>
              <w:top w:w="38" w:type="dxa"/>
              <w:left w:w="55" w:type="dxa"/>
              <w:bottom w:w="38" w:type="dxa"/>
              <w:right w:w="55" w:type="dxa"/>
            </w:tcMar>
            <w:vAlign w:val="center"/>
          </w:tcPr>
          <w:p w14:paraId="6FD9AC13" w14:textId="77777777" w:rsidR="00700C93" w:rsidRDefault="00366195">
            <w:pPr>
              <w:spacing w:after="0" w:line="240" w:lineRule="auto"/>
              <w:jc w:val="center"/>
            </w:pPr>
            <w:r>
              <w:rPr>
                <w:sz w:val="16"/>
              </w:rPr>
              <w:t>○</w:t>
            </w:r>
          </w:p>
        </w:tc>
      </w:tr>
    </w:tbl>
    <w:p w14:paraId="24349B40" w14:textId="77777777" w:rsidR="00700C93" w:rsidRDefault="00700C93">
      <w:pPr>
        <w:spacing w:after="20"/>
      </w:pPr>
    </w:p>
    <w:p w14:paraId="1134A558" w14:textId="77777777" w:rsidR="00700C93" w:rsidRDefault="00366195">
      <w:pPr>
        <w:pStyle w:val="Question"/>
        <w:spacing w:before="80" w:after="40"/>
      </w:pPr>
      <w:r>
        <w:t>15. Czy Pani/Pana zdaniem w gminie Raszyn brakuje obecnie odpowiedniej przestrzeni do części działań wymienionych w pytaniu 14?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39"/>
        <w:gridCol w:w="4893"/>
      </w:tblGrid>
      <w:tr w:rsidR="00700C93" w14:paraId="2FD01BAA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2BB7D233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Zdecydowanie tak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4607AEF7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Raczej tak</w:t>
            </w:r>
          </w:p>
        </w:tc>
      </w:tr>
      <w:tr w:rsidR="00700C93" w14:paraId="320F835A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5DC20BBE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Trudno powiedzieć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784960B2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Raczej nie</w:t>
            </w:r>
          </w:p>
        </w:tc>
      </w:tr>
      <w:tr w:rsidR="00700C93" w14:paraId="56A6A22F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182EE2BF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Zdecydowanie nie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59BD8510" w14:textId="77777777" w:rsidR="00700C93" w:rsidRDefault="00700C93"/>
        </w:tc>
      </w:tr>
    </w:tbl>
    <w:p w14:paraId="51A8CA14" w14:textId="77777777" w:rsidR="00700C93" w:rsidRDefault="00700C93">
      <w:pPr>
        <w:spacing w:after="0"/>
      </w:pPr>
    </w:p>
    <w:p w14:paraId="535D3569" w14:textId="77777777" w:rsidR="00700C93" w:rsidRDefault="00366195">
      <w:pPr>
        <w:pStyle w:val="Question"/>
        <w:spacing w:before="80" w:after="40"/>
      </w:pPr>
      <w:r>
        <w:t>16. Jeżeli tak, jakich działań lub grup dotyczy ten brak w największym stopniu?</w:t>
      </w:r>
    </w:p>
    <w:p w14:paraId="39D6D64F" w14:textId="0E56BCEA" w:rsidR="00700C93" w:rsidRDefault="00366195">
      <w:pPr>
        <w:keepLines/>
        <w:spacing w:after="20"/>
      </w:pPr>
      <w:r>
        <w:rPr>
          <w:color w:val="969696"/>
          <w:sz w:val="17"/>
        </w:rPr>
        <w:t>.......................................................................................................................................................................</w:t>
      </w:r>
      <w:r w:rsidR="003B78EF">
        <w:rPr>
          <w:color w:val="969696"/>
          <w:sz w:val="17"/>
        </w:rPr>
        <w:t>................</w:t>
      </w:r>
      <w:r>
        <w:rPr>
          <w:color w:val="969696"/>
          <w:sz w:val="17"/>
        </w:rPr>
        <w:t>.</w:t>
      </w:r>
    </w:p>
    <w:p w14:paraId="4DC5ABB7" w14:textId="4EBD8353" w:rsidR="00700C93" w:rsidRDefault="00366195">
      <w:pPr>
        <w:keepLines/>
        <w:spacing w:after="20"/>
      </w:pPr>
      <w:r>
        <w:rPr>
          <w:color w:val="969696"/>
          <w:sz w:val="17"/>
        </w:rPr>
        <w:t>........................................................................................................................................................................</w:t>
      </w:r>
      <w:r w:rsidR="003B78EF">
        <w:rPr>
          <w:color w:val="969696"/>
          <w:sz w:val="17"/>
        </w:rPr>
        <w:t>................</w:t>
      </w:r>
    </w:p>
    <w:p w14:paraId="33597CB3" w14:textId="77777777" w:rsidR="00700C93" w:rsidRDefault="00366195">
      <w:pPr>
        <w:pStyle w:val="Section"/>
        <w:pBdr>
          <w:bottom w:val="single" w:sz="8" w:space="1" w:color="B8CCE4"/>
        </w:pBdr>
        <w:spacing w:before="160" w:after="100"/>
      </w:pPr>
      <w:r>
        <w:t>D. WARUNKI UCZESTNICTWA I BARIERY</w:t>
      </w:r>
    </w:p>
    <w:p w14:paraId="0B11BB1E" w14:textId="77777777" w:rsidR="00700C93" w:rsidRDefault="00366195">
      <w:pPr>
        <w:pStyle w:val="Question"/>
        <w:spacing w:before="80" w:after="40"/>
      </w:pPr>
      <w:r>
        <w:t>17. Co mogłoby utrudniać Pani/Panu korzystanie z przyszłej oferty Stajni Austerii?</w:t>
      </w:r>
    </w:p>
    <w:p w14:paraId="42442A71" w14:textId="77777777" w:rsidR="00700C93" w:rsidRDefault="00366195">
      <w:pPr>
        <w:pStyle w:val="SmallNote"/>
        <w:keepNext/>
        <w:spacing w:after="40"/>
      </w:pPr>
      <w:r>
        <w:t>Można zaznaczyć kilka odpowiedzi.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14"/>
        <w:gridCol w:w="4818"/>
      </w:tblGrid>
      <w:tr w:rsidR="00700C93" w14:paraId="6CC6CB02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4C1D01E6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brak czasu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0FDEAE06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nieodpowiednie godziny wydarzeń</w:t>
            </w:r>
          </w:p>
        </w:tc>
      </w:tr>
      <w:tr w:rsidR="00700C93" w14:paraId="03471D50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2166F9B9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koszt udziału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0686FA90" w14:textId="36D8C4A4" w:rsidR="00700C93" w:rsidRDefault="00366195">
            <w:pPr>
              <w:spacing w:after="0" w:line="240" w:lineRule="auto"/>
            </w:pPr>
            <w:proofErr w:type="gramStart"/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trudny</w:t>
            </w:r>
            <w:proofErr w:type="gram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dojazd</w:t>
            </w:r>
            <w:proofErr w:type="spell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brak</w:t>
            </w:r>
            <w:proofErr w:type="spellEnd"/>
            <w:r>
              <w:rPr>
                <w:sz w:val="18"/>
              </w:rPr>
              <w:t xml:space="preserve"> </w:t>
            </w:r>
            <w:r w:rsidR="003B78EF">
              <w:rPr>
                <w:sz w:val="18"/>
              </w:rPr>
              <w:t>transport</w:t>
            </w:r>
          </w:p>
        </w:tc>
      </w:tr>
      <w:tr w:rsidR="00700C93" w14:paraId="47375D14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5A3C45FA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brak parkingu lub miejsca na rower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55555F57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bariery architektoniczne lub komunikacyjne</w:t>
            </w:r>
          </w:p>
        </w:tc>
      </w:tr>
      <w:tr w:rsidR="00700C93" w14:paraId="2DFE227B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31FAA541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brak oferty dla mojego wieku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77A2720C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brak możliwości udziału z dzieckiem / dziećmi</w:t>
            </w:r>
          </w:p>
        </w:tc>
      </w:tr>
      <w:tr w:rsidR="00700C93" w14:paraId="09D73FF7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097DA6B9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brak informacji o wydarzeniach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3471B91C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zbyt duże grupy / tłok</w:t>
            </w:r>
          </w:p>
        </w:tc>
      </w:tr>
      <w:tr w:rsidR="00700C93" w14:paraId="3D7875D2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21BDA393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brak zajęć odpowiadających moim zainteresowaniom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033904C4" w14:textId="2FFA2815" w:rsidR="00700C93" w:rsidRDefault="00366195">
            <w:pPr>
              <w:spacing w:after="0" w:line="240" w:lineRule="auto"/>
            </w:pPr>
            <w:proofErr w:type="gramStart"/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</w:t>
            </w:r>
            <w:proofErr w:type="spellStart"/>
            <w:r>
              <w:rPr>
                <w:sz w:val="18"/>
              </w:rPr>
              <w:t>nie</w:t>
            </w:r>
            <w:proofErr w:type="spellEnd"/>
            <w:proofErr w:type="gram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przewiduję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istotnych</w:t>
            </w:r>
            <w:proofErr w:type="spellEnd"/>
            <w:r>
              <w:rPr>
                <w:sz w:val="18"/>
              </w:rPr>
              <w:t xml:space="preserve"> </w:t>
            </w:r>
            <w:r w:rsidR="003B78EF">
              <w:rPr>
                <w:sz w:val="18"/>
              </w:rPr>
              <w:t>barrier</w:t>
            </w:r>
          </w:p>
        </w:tc>
      </w:tr>
      <w:tr w:rsidR="00700C93" w14:paraId="7989C7AB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514CCFFC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inne: ............................................................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0AD3C719" w14:textId="77777777" w:rsidR="00700C93" w:rsidRDefault="00700C93"/>
        </w:tc>
      </w:tr>
    </w:tbl>
    <w:p w14:paraId="35BDF72A" w14:textId="77777777" w:rsidR="00700C93" w:rsidRDefault="00700C93">
      <w:pPr>
        <w:spacing w:after="0"/>
      </w:pPr>
    </w:p>
    <w:p w14:paraId="53BFCC77" w14:textId="77777777" w:rsidR="00700C93" w:rsidRDefault="00366195">
      <w:pPr>
        <w:pStyle w:val="Question"/>
        <w:spacing w:before="80" w:after="40"/>
      </w:pPr>
      <w:r>
        <w:t>18. W jakich dniach i porach najłatwiej byłoby Pani/Panu korzystać z oferty?</w:t>
      </w:r>
    </w:p>
    <w:p w14:paraId="0013D2A4" w14:textId="77777777" w:rsidR="00700C93" w:rsidRDefault="00366195">
      <w:pPr>
        <w:pStyle w:val="SmallNote"/>
        <w:keepNext/>
        <w:spacing w:after="40"/>
      </w:pPr>
      <w:r>
        <w:t>Można zaznaczyć kilka odpowiedzi.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16"/>
        <w:gridCol w:w="4916"/>
      </w:tblGrid>
      <w:tr w:rsidR="00700C93" w14:paraId="5227F516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13849627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dni robocze rano (do 12:00)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60810EF7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dni robocze wczesnym popołudniem (12:00-16:00)</w:t>
            </w:r>
          </w:p>
        </w:tc>
      </w:tr>
      <w:tr w:rsidR="00700C93" w14:paraId="07CCCB17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61F22F12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dni robocze późnym popołudniem (16:00-19:00)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2304BCD4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dni robocze wieczorem (po 19:00)</w:t>
            </w:r>
          </w:p>
        </w:tc>
      </w:tr>
      <w:tr w:rsidR="00700C93" w14:paraId="74C513E7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5697DC10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sobota rano / w ciągu dnia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1AE2402F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sobota wieczorem</w:t>
            </w:r>
          </w:p>
        </w:tc>
      </w:tr>
      <w:tr w:rsidR="00700C93" w14:paraId="1B138604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47997409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niedziela rano / w ciągu dnia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6505657E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niedziela wieczorem</w:t>
            </w:r>
          </w:p>
        </w:tc>
      </w:tr>
      <w:tr w:rsidR="00700C93" w14:paraId="49DE3767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570908DD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termin zależy od rodzaju wydarzenia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10A5F615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trudno powiedzieć</w:t>
            </w:r>
          </w:p>
        </w:tc>
      </w:tr>
    </w:tbl>
    <w:p w14:paraId="6D0057F6" w14:textId="77777777" w:rsidR="00700C93" w:rsidRDefault="00700C93">
      <w:pPr>
        <w:spacing w:after="0"/>
      </w:pPr>
    </w:p>
    <w:p w14:paraId="413B67A3" w14:textId="77777777" w:rsidR="00700C93" w:rsidRDefault="00366195">
      <w:pPr>
        <w:pStyle w:val="Question"/>
        <w:spacing w:before="80" w:after="40"/>
      </w:pPr>
      <w:r>
        <w:t>19. Jaka maksymalna opłata za pojedyncze, kilkugodzinne warsztaty byłaby dla Pani/Pana zazwyczaj akceptowalna?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15"/>
        <w:gridCol w:w="4917"/>
      </w:tblGrid>
      <w:tr w:rsidR="00700C93" w14:paraId="4FC64284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1F03A804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tylko udział bezpłatny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6A516616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do 20 zł</w:t>
            </w:r>
          </w:p>
        </w:tc>
      </w:tr>
      <w:tr w:rsidR="00700C93" w14:paraId="78870E80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03F2AAB5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21-40 zł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0F8B92AF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41-60 zł</w:t>
            </w:r>
          </w:p>
        </w:tc>
      </w:tr>
      <w:tr w:rsidR="00700C93" w14:paraId="65DA2643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704436EA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61-100 zł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03FB96F0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powyżej 100 zł, jeśli oferta byłaby dla mnie szczególnie atrakcyjna</w:t>
            </w:r>
          </w:p>
        </w:tc>
      </w:tr>
      <w:tr w:rsidR="00700C93" w14:paraId="55C8D081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7CFAD791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trudno powiedzieć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3E2CBFDA" w14:textId="77777777" w:rsidR="00700C93" w:rsidRDefault="00700C93"/>
        </w:tc>
      </w:tr>
    </w:tbl>
    <w:p w14:paraId="13F3DB8D" w14:textId="77777777" w:rsidR="00700C93" w:rsidRDefault="00700C93">
      <w:pPr>
        <w:spacing w:after="0"/>
      </w:pPr>
    </w:p>
    <w:p w14:paraId="0D3A7F47" w14:textId="77777777" w:rsidR="00700C93" w:rsidRDefault="00366195">
      <w:pPr>
        <w:pStyle w:val="Question"/>
        <w:spacing w:before="80" w:after="40"/>
      </w:pPr>
      <w:r>
        <w:t>20. Jak najczęściej dotarł(a)by Pan/Pani do Austerii?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10"/>
        <w:gridCol w:w="5022"/>
      </w:tblGrid>
      <w:tr w:rsidR="00700C93" w14:paraId="047150B8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18316C1C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pieszo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3B0D332E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rowerem / hulajnogą</w:t>
            </w:r>
          </w:p>
        </w:tc>
      </w:tr>
      <w:tr w:rsidR="00700C93" w14:paraId="455B6D91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0A3250A1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samochodem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474BE34A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komunikacją publiczną</w:t>
            </w:r>
          </w:p>
        </w:tc>
      </w:tr>
      <w:tr w:rsidR="00700C93" w14:paraId="44BA3A07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5F872BCA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zależnie od pory / wydarzenia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5FA7D599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inne: ............................................................</w:t>
            </w:r>
          </w:p>
        </w:tc>
      </w:tr>
    </w:tbl>
    <w:p w14:paraId="37510A84" w14:textId="77777777" w:rsidR="00700C93" w:rsidRDefault="00700C93">
      <w:pPr>
        <w:spacing w:after="0"/>
      </w:pPr>
    </w:p>
    <w:p w14:paraId="3B0D39FA" w14:textId="77777777" w:rsidR="00700C93" w:rsidRDefault="00366195">
      <w:pPr>
        <w:pStyle w:val="Section"/>
        <w:pBdr>
          <w:bottom w:val="single" w:sz="8" w:space="1" w:color="B8CCE4"/>
        </w:pBdr>
        <w:spacing w:before="160" w:after="100"/>
      </w:pPr>
      <w:r>
        <w:t>E. DZIEDZICTWO, TOŻSAMOŚĆ I AKTYWNY UDZIAŁ MIESZKAŃCÓW</w:t>
      </w:r>
    </w:p>
    <w:p w14:paraId="0576055D" w14:textId="77777777" w:rsidR="00700C93" w:rsidRDefault="00366195">
      <w:pPr>
        <w:pStyle w:val="SmallNote"/>
      </w:pPr>
      <w:r>
        <w:t>Przez dziedzictwo rozumiemy nie tylko zabytki, lecz także wspomnienia, historie, zwyczaje, umiejętności, muzykę, rękodzieło i inne elementy przekazywane między pokoleniami.</w:t>
      </w:r>
    </w:p>
    <w:p w14:paraId="1BB87696" w14:textId="77777777" w:rsidR="00700C93" w:rsidRDefault="00366195">
      <w:pPr>
        <w:pStyle w:val="Question"/>
        <w:spacing w:before="80" w:after="40"/>
      </w:pPr>
      <w:r>
        <w:t>21. Które elementy dziedzictwa Raszyna warto szczególnie dokumentować i przekazywać dalej?</w:t>
      </w:r>
    </w:p>
    <w:p w14:paraId="0EAA1C02" w14:textId="77777777" w:rsidR="00700C93" w:rsidRDefault="00366195">
      <w:pPr>
        <w:pStyle w:val="SmallNote"/>
        <w:keepNext/>
        <w:spacing w:after="40"/>
      </w:pPr>
      <w:r>
        <w:t>Proszę wybrać maksymalnie 5 odpowiedzi.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11"/>
        <w:gridCol w:w="4821"/>
      </w:tblGrid>
      <w:tr w:rsidR="00700C93" w14:paraId="380C42D6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2F011F17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lokalne opowieści i wspomnienia mieszkańców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59128F31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historia miejsc i wydarzeń w Raszynie</w:t>
            </w:r>
          </w:p>
        </w:tc>
      </w:tr>
      <w:tr w:rsidR="00700C93" w14:paraId="7F585484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496CE522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historie rodzinne, fotografie i pamiątki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719F1793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pamięć o dawnym Raszynie i przemianach gminy</w:t>
            </w:r>
          </w:p>
        </w:tc>
      </w:tr>
      <w:tr w:rsidR="00700C93" w14:paraId="6BEFA457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7AAF3E5E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lokalne zwyczaje i obrzędy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2FF88413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muzyka, śpiew i taniec</w:t>
            </w:r>
          </w:p>
        </w:tc>
      </w:tr>
      <w:tr w:rsidR="00700C93" w14:paraId="1935A691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63809CD5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rzemiosło, rękodzieło i dawne umiejętności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580D81B3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tradycje kulinarne i przepisy</w:t>
            </w:r>
          </w:p>
        </w:tc>
      </w:tr>
      <w:tr w:rsidR="00700C93" w14:paraId="21145A99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3A43C9CA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tradycje i doświadczenia nowych mieszkańców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55A11E4D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wielokulturowość i historie różnych grup mieszkańców</w:t>
            </w:r>
          </w:p>
        </w:tc>
      </w:tr>
      <w:tr w:rsidR="00700C93" w14:paraId="4E735A15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24E46544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inne: ............................................................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690DB8B1" w14:textId="77777777" w:rsidR="00700C93" w:rsidRDefault="00700C93"/>
        </w:tc>
      </w:tr>
    </w:tbl>
    <w:p w14:paraId="3A53B42B" w14:textId="77777777" w:rsidR="00700C93" w:rsidRDefault="00700C93">
      <w:pPr>
        <w:spacing w:after="0"/>
      </w:pPr>
    </w:p>
    <w:p w14:paraId="3833959C" w14:textId="77777777" w:rsidR="00700C93" w:rsidRDefault="00366195">
      <w:pPr>
        <w:pStyle w:val="Question"/>
        <w:spacing w:before="80" w:after="40"/>
      </w:pPr>
      <w:r>
        <w:t>22. W jaki sposób lokalne dziedzictwo powinno być udostępniane i przekazywane?</w:t>
      </w:r>
    </w:p>
    <w:p w14:paraId="2DFF6028" w14:textId="77777777" w:rsidR="00700C93" w:rsidRDefault="00366195">
      <w:pPr>
        <w:pStyle w:val="SmallNote"/>
        <w:keepNext/>
        <w:spacing w:after="40"/>
      </w:pPr>
      <w:r>
        <w:t>Można zaznaczyć kilka odpowiedzi.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12"/>
        <w:gridCol w:w="5020"/>
      </w:tblGrid>
      <w:tr w:rsidR="00700C93" w14:paraId="191CC9BC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3918BA3F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warsztaty dla dzieci i młodzieży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04ADC2F4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warsztaty międzypokoleniowe</w:t>
            </w:r>
          </w:p>
        </w:tc>
      </w:tr>
      <w:tr w:rsidR="00700C93" w14:paraId="6232F19D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0073E287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spotkania ze świadkami historii i mieszkańcami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78C6157A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nagrywanie relacji i wspomnień</w:t>
            </w:r>
          </w:p>
        </w:tc>
      </w:tr>
      <w:tr w:rsidR="00700C93" w14:paraId="71E26E2B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576C08FF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cyfrowe archiwum historii Raszyna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66A20D3B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wystawy i prezentacje</w:t>
            </w:r>
          </w:p>
        </w:tc>
      </w:tr>
      <w:tr w:rsidR="00700C93" w14:paraId="7DD80940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16A94A61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publikacje, podcasty lub filmy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77972E4C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pokazy rzemiosła i rękodzieła</w:t>
            </w:r>
          </w:p>
        </w:tc>
      </w:tr>
      <w:tr w:rsidR="00700C93" w14:paraId="29AEB381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63E7CEF7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spacery historyczne i tematyczne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4EFBB72A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zajęcia we współpracy ze szkołami</w:t>
            </w:r>
          </w:p>
        </w:tc>
      </w:tr>
      <w:tr w:rsidR="00700C93" w14:paraId="0A7A089C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2E292F43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wydarzenia rodzinne i lokalne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7D06D72E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inne: ............................................................</w:t>
            </w:r>
          </w:p>
        </w:tc>
      </w:tr>
    </w:tbl>
    <w:p w14:paraId="06A8F6C2" w14:textId="77777777" w:rsidR="00700C93" w:rsidRDefault="00700C93">
      <w:pPr>
        <w:spacing w:after="0"/>
      </w:pPr>
    </w:p>
    <w:p w14:paraId="1B0F18CA" w14:textId="77777777" w:rsidR="00700C93" w:rsidRDefault="00366195">
      <w:pPr>
        <w:pStyle w:val="Question"/>
        <w:spacing w:before="80" w:after="40"/>
      </w:pPr>
      <w:r>
        <w:t>23. Czy był(a)by Pan/Pani zainteresowany/a współtworzeniem działalności Stajni Austerii?</w:t>
      </w:r>
    </w:p>
    <w:p w14:paraId="2D36CC95" w14:textId="77777777" w:rsidR="00700C93" w:rsidRDefault="00366195">
      <w:pPr>
        <w:pStyle w:val="SmallNote"/>
        <w:keepNext/>
        <w:spacing w:after="40"/>
      </w:pPr>
      <w:r>
        <w:t>Można zaznaczyć kilka odpowiedzi.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68"/>
        <w:gridCol w:w="4864"/>
      </w:tblGrid>
      <w:tr w:rsidR="00700C93" w14:paraId="4C0A7AEC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2A5349BF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tak, jako uczestnik/uczestniczka wydarzeń i zajęć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5840E127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tak, przez udział w konsultacjach programu</w:t>
            </w:r>
          </w:p>
        </w:tc>
      </w:tr>
      <w:tr w:rsidR="00700C93" w14:paraId="1C26C6E2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491A7CD6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tak, jako wolontariusz/wolontariuszka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1833F410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tak, przekazując wspomnienia, fotografie lub rodzinne historie</w:t>
            </w:r>
          </w:p>
        </w:tc>
      </w:tr>
      <w:tr w:rsidR="00700C93" w14:paraId="48F6D800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16A88101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tak, dzieląc się umiejętnościami lub prowadząc warsztaty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5969BFFB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tak, jako przedstawiciel organizacji / grupy lokalnej</w:t>
            </w:r>
          </w:p>
        </w:tc>
      </w:tr>
      <w:tr w:rsidR="00700C93" w14:paraId="3F39B83E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40C94D58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być może, zależnie od formy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05A8FE8A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raczej nie / nie planuję aktywnego udziału</w:t>
            </w:r>
          </w:p>
        </w:tc>
      </w:tr>
    </w:tbl>
    <w:p w14:paraId="245E00A3" w14:textId="77777777" w:rsidR="00700C93" w:rsidRDefault="00700C93">
      <w:pPr>
        <w:spacing w:after="0"/>
      </w:pPr>
    </w:p>
    <w:p w14:paraId="454B2616" w14:textId="77777777" w:rsidR="00700C93" w:rsidRDefault="00366195">
      <w:pPr>
        <w:pStyle w:val="Question"/>
        <w:spacing w:before="80" w:after="40"/>
      </w:pPr>
      <w:r>
        <w:t>24. Czy ma Pan/Pani własną historię, pamiątkę, umiejętność, temat lub pomysł związany z Raszynem, który warto zachować albo pokazać w przyszłej działalności Stajni?</w:t>
      </w:r>
    </w:p>
    <w:p w14:paraId="64371670" w14:textId="77777777" w:rsidR="003B78EF" w:rsidRDefault="003B78EF" w:rsidP="003B78EF">
      <w:pPr>
        <w:keepLines/>
        <w:spacing w:after="20"/>
      </w:pPr>
      <w:r>
        <w:rPr>
          <w:color w:val="969696"/>
          <w:sz w:val="17"/>
        </w:rPr>
        <w:t>..................................................................................................................................................................................</w:t>
      </w:r>
    </w:p>
    <w:p w14:paraId="3459DAC4" w14:textId="77777777" w:rsidR="003B78EF" w:rsidRDefault="003B78EF" w:rsidP="003B78EF">
      <w:pPr>
        <w:keepLines/>
        <w:spacing w:after="20"/>
      </w:pPr>
      <w:r>
        <w:rPr>
          <w:color w:val="969696"/>
          <w:sz w:val="17"/>
        </w:rPr>
        <w:t>..................................................................................................................................................................................</w:t>
      </w:r>
    </w:p>
    <w:p w14:paraId="50B0A8A4" w14:textId="6CCE98B2" w:rsidR="00700C93" w:rsidRDefault="00366195">
      <w:pPr>
        <w:pStyle w:val="Section"/>
        <w:pBdr>
          <w:bottom w:val="single" w:sz="8" w:space="1" w:color="B8CCE4"/>
        </w:pBdr>
        <w:spacing w:before="160" w:after="100"/>
      </w:pPr>
      <w:r>
        <w:t>F. DOSTĘPNOŚĆ I SPOSÓB INFORMOWANIA</w:t>
      </w:r>
    </w:p>
    <w:p w14:paraId="24427006" w14:textId="77777777" w:rsidR="00700C93" w:rsidRDefault="00366195">
      <w:pPr>
        <w:pStyle w:val="Question"/>
        <w:spacing w:before="80" w:after="40"/>
      </w:pPr>
      <w:r>
        <w:t>25. Co jest szczególnie ważne, aby z przyszłej oferty mogło korzystać jak najwięcej osób?</w:t>
      </w:r>
    </w:p>
    <w:p w14:paraId="23D064DB" w14:textId="77777777" w:rsidR="00700C93" w:rsidRDefault="00366195">
      <w:pPr>
        <w:pStyle w:val="SmallNote"/>
        <w:keepNext/>
        <w:spacing w:after="40"/>
      </w:pPr>
      <w:r>
        <w:t>Można zaznaczyć kilka odpowiedzi.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42"/>
        <w:gridCol w:w="4990"/>
      </w:tblGrid>
      <w:tr w:rsidR="00700C93" w14:paraId="0577A57D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0CB9F4C3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pełna dostępność architektoniczna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54EF9017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czytelna informacja i oznakowanie</w:t>
            </w:r>
          </w:p>
        </w:tc>
      </w:tr>
      <w:tr w:rsidR="00700C93" w14:paraId="11B731B9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5A146BCC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rozwiązania dla osób z ograniczeniami wzroku lub słuchu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5C786493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dostępne cyfrowo materiały i informacje</w:t>
            </w:r>
          </w:p>
        </w:tc>
      </w:tr>
      <w:tr w:rsidR="00700C93" w14:paraId="7F70FC47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3BFB4346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możliwość udziału z dziećmi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3150AFB2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miejsce odpoczynku / możliwość siedzenia</w:t>
            </w:r>
          </w:p>
        </w:tc>
      </w:tr>
      <w:tr w:rsidR="00700C93" w14:paraId="3A60540B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2C8B2DF9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toaleta dostępna dla osób z niepełnosprawnościami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726F7ECC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bezpłatne lub niskokosztowe wydarzenia</w:t>
            </w:r>
          </w:p>
        </w:tc>
      </w:tr>
      <w:tr w:rsidR="00700C93" w14:paraId="698C6D62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1C84EE42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wydarzenia w różnych porach dnia i tygodnia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32B51FA9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oferta dla różnych grup wiekowych</w:t>
            </w:r>
          </w:p>
        </w:tc>
      </w:tr>
      <w:tr w:rsidR="00700C93" w14:paraId="71BA6510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4B4D4462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materiały lub wydarzenia w więcej niż jednym języku, gdy jest to potrzebne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6E454023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inne: ............................................................</w:t>
            </w:r>
          </w:p>
        </w:tc>
      </w:tr>
    </w:tbl>
    <w:p w14:paraId="16C41BD0" w14:textId="77777777" w:rsidR="00700C93" w:rsidRDefault="00700C93">
      <w:pPr>
        <w:spacing w:after="0"/>
      </w:pPr>
    </w:p>
    <w:p w14:paraId="7C6BBDEB" w14:textId="77777777" w:rsidR="00700C93" w:rsidRDefault="00366195">
      <w:pPr>
        <w:pStyle w:val="Question"/>
        <w:spacing w:before="80" w:after="40"/>
      </w:pPr>
      <w:r>
        <w:t>26. Skąd najchętniej dowiadywał(a)by się Pan/Pani o wydarzeniach i zajęciach w Stajni Austerii?</w:t>
      </w:r>
    </w:p>
    <w:p w14:paraId="4C61EBE3" w14:textId="77777777" w:rsidR="00700C93" w:rsidRDefault="00366195">
      <w:pPr>
        <w:pStyle w:val="SmallNote"/>
        <w:keepNext/>
        <w:spacing w:after="40"/>
      </w:pPr>
      <w:r>
        <w:t>Proszę wybrać maksymalnie 3 odpowiedzi.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12"/>
        <w:gridCol w:w="4820"/>
      </w:tblGrid>
      <w:tr w:rsidR="00700C93" w14:paraId="174298E0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63A345B2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strona internetowa gminy / Austerii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09B59C87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Facebook / inne media społecznościowe</w:t>
            </w:r>
          </w:p>
        </w:tc>
      </w:tr>
      <w:tr w:rsidR="00700C93" w14:paraId="224243D0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70EF74D5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newsletter e-mail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2D61F6B5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SMS / komunikator</w:t>
            </w:r>
          </w:p>
        </w:tc>
      </w:tr>
      <w:tr w:rsidR="00700C93" w14:paraId="417CFC0A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63305608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plakaty i ogłoszenia w przestrzeni publicznej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50615815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szkoła / przedszkole</w:t>
            </w:r>
          </w:p>
        </w:tc>
      </w:tr>
      <w:tr w:rsidR="00700C93" w14:paraId="200AED77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72DDE060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organizacje i grupy lokalne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44F5AD6C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informacja przekazywana przez znajomych / rodzinę</w:t>
            </w:r>
          </w:p>
        </w:tc>
      </w:tr>
      <w:tr w:rsidR="00700C93" w14:paraId="25FB1CCB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5E44B0EA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inne: ............................................................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0C43F42D" w14:textId="77777777" w:rsidR="00700C93" w:rsidRDefault="00700C93"/>
        </w:tc>
      </w:tr>
    </w:tbl>
    <w:p w14:paraId="2D8C654C" w14:textId="77777777" w:rsidR="00700C93" w:rsidRDefault="00700C93">
      <w:pPr>
        <w:spacing w:after="0"/>
      </w:pPr>
    </w:p>
    <w:p w14:paraId="7E16EE5F" w14:textId="77777777" w:rsidR="00700C93" w:rsidRDefault="00366195">
      <w:pPr>
        <w:pStyle w:val="Section"/>
        <w:pBdr>
          <w:bottom w:val="single" w:sz="8" w:space="1" w:color="B8CCE4"/>
        </w:pBdr>
        <w:spacing w:before="160" w:after="100"/>
      </w:pPr>
      <w:r>
        <w:t>G. INFORMACJE DO ANALIZY WYNIKÓW</w:t>
      </w:r>
    </w:p>
    <w:p w14:paraId="50C3A394" w14:textId="77777777" w:rsidR="00700C93" w:rsidRDefault="00366195">
      <w:pPr>
        <w:pStyle w:val="SmallNote"/>
      </w:pPr>
      <w:r>
        <w:t>Poniższe pytania służą wyłącznie do zbiorczego porównania potrzeb różnych grup respondentów. Odpowiedzi są dobrowolne.</w:t>
      </w:r>
    </w:p>
    <w:p w14:paraId="7C674259" w14:textId="77777777" w:rsidR="00700C93" w:rsidRDefault="00366195">
      <w:pPr>
        <w:pStyle w:val="Question"/>
        <w:spacing w:before="80" w:after="40"/>
      </w:pPr>
      <w:r>
        <w:t>27. Gdzie Pan/Pani mieszka?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61"/>
        <w:gridCol w:w="4971"/>
      </w:tblGrid>
      <w:tr w:rsidR="00700C93" w14:paraId="6FC336C3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20694B84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Raszyn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0282D21C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Falenty</w:t>
            </w:r>
          </w:p>
        </w:tc>
      </w:tr>
      <w:tr w:rsidR="00700C93" w14:paraId="4CCD1567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2F18D8B2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Falenty Nowe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673DE6D3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Falenty Duże</w:t>
            </w:r>
          </w:p>
        </w:tc>
      </w:tr>
      <w:tr w:rsidR="00700C93" w14:paraId="556D2469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72BAE7B5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Jaworowa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0757FC0D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Rybie</w:t>
            </w:r>
          </w:p>
        </w:tc>
      </w:tr>
      <w:tr w:rsidR="00700C93" w14:paraId="35B6694A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571AB7FE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Dawidy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37118209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Dawidy Bankowe</w:t>
            </w:r>
          </w:p>
        </w:tc>
      </w:tr>
      <w:tr w:rsidR="00700C93" w14:paraId="7DDB42CD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31F20371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Łady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2C7ACB70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Podolszyn Nowy</w:t>
            </w:r>
          </w:p>
        </w:tc>
      </w:tr>
      <w:tr w:rsidR="00700C93" w14:paraId="1DB4281B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5F9EBEBD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Podolszyn Stary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680833B2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Sękocin Stary</w:t>
            </w:r>
          </w:p>
        </w:tc>
      </w:tr>
      <w:tr w:rsidR="00700C93" w14:paraId="55647F1A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237351A0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Sękocin Nowy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1A0F3B59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inna miejscowość gminy Raszyn: ........................................</w:t>
            </w:r>
          </w:p>
        </w:tc>
      </w:tr>
      <w:tr w:rsidR="00700C93" w14:paraId="5B2CA0AD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0B6CE403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poza gminą Raszyn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6B73F937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wolę nie odpowiadać</w:t>
            </w:r>
          </w:p>
        </w:tc>
      </w:tr>
    </w:tbl>
    <w:p w14:paraId="5A1CE3B0" w14:textId="77777777" w:rsidR="00700C93" w:rsidRDefault="00700C93">
      <w:pPr>
        <w:spacing w:after="0"/>
      </w:pPr>
    </w:p>
    <w:p w14:paraId="2157C4C9" w14:textId="77777777" w:rsidR="00700C93" w:rsidRDefault="00366195">
      <w:pPr>
        <w:pStyle w:val="Question"/>
        <w:spacing w:before="80" w:after="40"/>
      </w:pPr>
      <w:r>
        <w:t>28. Do której grupy wiekowej Pan/Pani należy?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33"/>
        <w:gridCol w:w="4899"/>
      </w:tblGrid>
      <w:tr w:rsidR="00700C93" w14:paraId="779BCD9F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3F25116F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poniżej 18 lat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0C1AB4EE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18-29 lat</w:t>
            </w:r>
          </w:p>
        </w:tc>
      </w:tr>
      <w:tr w:rsidR="00700C93" w14:paraId="771224A8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2F2C51B0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30-44 lata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52468967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45-59 lat</w:t>
            </w:r>
          </w:p>
        </w:tc>
      </w:tr>
      <w:tr w:rsidR="00700C93" w14:paraId="77359F62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0E1544FC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60-74 lata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61042613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75 lat lub więcej</w:t>
            </w:r>
          </w:p>
        </w:tc>
      </w:tr>
      <w:tr w:rsidR="00700C93" w14:paraId="4056321D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5F3075CD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wolę nie odpowiadać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61241568" w14:textId="77777777" w:rsidR="00700C93" w:rsidRDefault="00700C93"/>
        </w:tc>
      </w:tr>
    </w:tbl>
    <w:p w14:paraId="45CD5BA0" w14:textId="77777777" w:rsidR="00700C93" w:rsidRDefault="00700C93">
      <w:pPr>
        <w:spacing w:after="0"/>
      </w:pPr>
    </w:p>
    <w:p w14:paraId="7240E1D6" w14:textId="77777777" w:rsidR="00700C93" w:rsidRDefault="00366195">
      <w:pPr>
        <w:pStyle w:val="Question"/>
        <w:spacing w:before="80" w:after="40"/>
      </w:pPr>
      <w:r>
        <w:t>29. Które określenia najlepiej opisują Pani/Pana sytuację?</w:t>
      </w:r>
    </w:p>
    <w:p w14:paraId="3E24D158" w14:textId="77777777" w:rsidR="00700C93" w:rsidRDefault="00366195">
      <w:pPr>
        <w:pStyle w:val="SmallNote"/>
        <w:keepNext/>
        <w:spacing w:after="40"/>
      </w:pPr>
      <w:r>
        <w:t>Można zaznaczyć kilka odpowiedzi.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12"/>
        <w:gridCol w:w="5020"/>
      </w:tblGrid>
      <w:tr w:rsidR="00700C93" w14:paraId="0FD8C6B6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257FE786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rodzic / opiekun dziecka do 6 lat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36E1CF41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rodzic / opiekun dziecka w wieku 7-14 lat</w:t>
            </w:r>
          </w:p>
        </w:tc>
      </w:tr>
      <w:tr w:rsidR="00700C93" w14:paraId="2C4825BB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0A4BDC48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rodzic / opiekun młodzieży w wieku 15-18 lat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1B4E776C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uczeń / uczennica lub student / studentka</w:t>
            </w:r>
          </w:p>
        </w:tc>
      </w:tr>
      <w:tr w:rsidR="00700C93" w14:paraId="70B385D9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66DC32F3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osoba pracująca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289B8113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senior / seniorka</w:t>
            </w:r>
          </w:p>
        </w:tc>
      </w:tr>
      <w:tr w:rsidR="00700C93" w14:paraId="0041DF4B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3222CEC4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nauczyciel / nauczycielka / edukator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7C6315A2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lokalny twórca / artysta / rzemieślnik</w:t>
            </w:r>
          </w:p>
        </w:tc>
      </w:tr>
      <w:tr w:rsidR="00700C93" w14:paraId="1AF7EE52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7A1FE209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przedstawiciel organizacji społecznej / grupy nieformalnej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342F7067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przedsiębiorca / przedsiębiorczyni</w:t>
            </w:r>
          </w:p>
        </w:tc>
      </w:tr>
      <w:tr w:rsidR="00700C93" w14:paraId="3FA0EC49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347E7D88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pracownik instytucji kultury / edukacji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73A297A8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inne: ............................................................</w:t>
            </w:r>
          </w:p>
        </w:tc>
      </w:tr>
      <w:tr w:rsidR="00700C93" w14:paraId="0A913CED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1B9587DC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wolę nie odpowiadać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5289C682" w14:textId="77777777" w:rsidR="00700C93" w:rsidRDefault="00700C93"/>
        </w:tc>
      </w:tr>
    </w:tbl>
    <w:p w14:paraId="00DAFF75" w14:textId="77777777" w:rsidR="00700C93" w:rsidRDefault="00700C93">
      <w:pPr>
        <w:spacing w:after="0"/>
      </w:pPr>
    </w:p>
    <w:p w14:paraId="6C86D72F" w14:textId="77777777" w:rsidR="00700C93" w:rsidRDefault="00366195">
      <w:pPr>
        <w:pStyle w:val="Question"/>
        <w:spacing w:before="80" w:after="40"/>
      </w:pPr>
      <w:r>
        <w:t>30. Płeć (odpowiedź dobrowolna):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05"/>
        <w:gridCol w:w="4927"/>
      </w:tblGrid>
      <w:tr w:rsidR="00700C93" w14:paraId="0A9EC581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0BFA224F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kobieta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1602F5DC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mężczyzna</w:t>
            </w:r>
          </w:p>
        </w:tc>
      </w:tr>
      <w:tr w:rsidR="00700C93" w14:paraId="32E53D85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080B8B68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inna / nie chcę określać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3DEFC855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wolę nie odpowiadać</w:t>
            </w:r>
          </w:p>
        </w:tc>
      </w:tr>
    </w:tbl>
    <w:p w14:paraId="1F75EC96" w14:textId="77777777" w:rsidR="00700C93" w:rsidRDefault="00700C93">
      <w:pPr>
        <w:spacing w:after="0"/>
      </w:pPr>
    </w:p>
    <w:p w14:paraId="0A020518" w14:textId="77777777" w:rsidR="00700C93" w:rsidRDefault="00366195">
      <w:pPr>
        <w:pStyle w:val="Question"/>
        <w:spacing w:before="80" w:after="40"/>
      </w:pPr>
      <w:r>
        <w:t>31. Od jak dawna mieszka Pan/Pani w gminie Raszyn?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2"/>
        <w:gridCol w:w="4910"/>
      </w:tblGrid>
      <w:tr w:rsidR="00700C93" w14:paraId="2851F6D9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0A8A31F4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krócej niż 2 lata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72AB1503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2-5 lat</w:t>
            </w:r>
          </w:p>
        </w:tc>
      </w:tr>
      <w:tr w:rsidR="00700C93" w14:paraId="49D8ED4F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6B77A5E4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6-10 lat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68240B78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11-20 lat</w:t>
            </w:r>
          </w:p>
        </w:tc>
      </w:tr>
      <w:tr w:rsidR="00700C93" w14:paraId="3FD51D16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2214CD10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ponad 20 lat / od urodzenia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130B9EBB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nie mieszkam w gminie</w:t>
            </w:r>
          </w:p>
        </w:tc>
      </w:tr>
      <w:tr w:rsidR="00700C93" w14:paraId="7F2E2A83" w14:textId="77777777">
        <w:trPr>
          <w:cantSplit/>
        </w:trPr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6DC9B4D3" w14:textId="77777777" w:rsidR="00700C93" w:rsidRDefault="00366195">
            <w:pPr>
              <w:spacing w:after="0" w:line="240" w:lineRule="auto"/>
            </w:pPr>
            <w:r>
              <w:rPr>
                <w:sz w:val="18"/>
              </w:rPr>
              <w:t>○  wolę nie odpowiadać</w:t>
            </w:r>
          </w:p>
        </w:tc>
        <w:tc>
          <w:tcPr>
            <w:tcW w:w="524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6E2AE8B4" w14:textId="77777777" w:rsidR="00700C93" w:rsidRDefault="00700C93"/>
        </w:tc>
      </w:tr>
    </w:tbl>
    <w:p w14:paraId="2921DDCD" w14:textId="77777777" w:rsidR="00700C93" w:rsidRDefault="00700C93">
      <w:pPr>
        <w:spacing w:after="0"/>
      </w:pPr>
    </w:p>
    <w:p w14:paraId="1346BED8" w14:textId="77777777" w:rsidR="00700C93" w:rsidRDefault="00366195">
      <w:pPr>
        <w:pStyle w:val="Section"/>
        <w:pBdr>
          <w:bottom w:val="single" w:sz="8" w:space="1" w:color="B8CCE4"/>
        </w:pBdr>
        <w:spacing w:before="160" w:after="100"/>
      </w:pPr>
      <w:r>
        <w:t>H. PRIORYTETY I UWAGI KOŃCOWE</w:t>
      </w:r>
    </w:p>
    <w:p w14:paraId="1C140EE1" w14:textId="77777777" w:rsidR="00700C93" w:rsidRDefault="00366195">
      <w:pPr>
        <w:pStyle w:val="Question"/>
        <w:spacing w:before="80" w:after="40"/>
      </w:pPr>
      <w:r>
        <w:t>32. Gdyby w Stajni Austerii można było zrealizować tylko jedną nową funkcję lub działanie, co powinno to być i dlaczego?</w:t>
      </w:r>
    </w:p>
    <w:p w14:paraId="2F8EF71D" w14:textId="1E1FE117" w:rsidR="00700C93" w:rsidRDefault="00366195">
      <w:pPr>
        <w:keepLines/>
        <w:spacing w:after="20"/>
      </w:pPr>
      <w:r>
        <w:rPr>
          <w:color w:val="969696"/>
          <w:sz w:val="17"/>
        </w:rPr>
        <w:t>........................................................................................................................................................................</w:t>
      </w:r>
      <w:r w:rsidR="003B78EF">
        <w:rPr>
          <w:color w:val="969696"/>
          <w:sz w:val="17"/>
        </w:rPr>
        <w:t>..................</w:t>
      </w:r>
    </w:p>
    <w:p w14:paraId="1AAADACB" w14:textId="43CCC8AF" w:rsidR="00700C93" w:rsidRDefault="00366195">
      <w:pPr>
        <w:keepLines/>
        <w:spacing w:after="20"/>
      </w:pPr>
      <w:r>
        <w:rPr>
          <w:color w:val="969696"/>
          <w:sz w:val="17"/>
        </w:rPr>
        <w:t>................................................................................................................................................</w:t>
      </w:r>
      <w:r w:rsidR="003B78EF">
        <w:rPr>
          <w:color w:val="969696"/>
          <w:sz w:val="17"/>
        </w:rPr>
        <w:t>.........</w:t>
      </w:r>
      <w:r>
        <w:rPr>
          <w:color w:val="969696"/>
          <w:sz w:val="17"/>
        </w:rPr>
        <w:t>........................</w:t>
      </w:r>
    </w:p>
    <w:p w14:paraId="1DB2385E" w14:textId="77777777" w:rsidR="00700C93" w:rsidRDefault="00366195">
      <w:pPr>
        <w:pStyle w:val="Question"/>
        <w:spacing w:before="80" w:after="40"/>
      </w:pPr>
      <w:r>
        <w:t>33. Jakiej funkcji lub działania Pani/Pana zdaniem NIE powinno się rozwijać w Stajni Austerii albo należałoby je ograniczyć? Dlaczego?</w:t>
      </w:r>
    </w:p>
    <w:p w14:paraId="59292C30" w14:textId="77777777" w:rsidR="00700C93" w:rsidRPr="003B78EF" w:rsidRDefault="00366195">
      <w:pPr>
        <w:keepLines/>
        <w:spacing w:after="20"/>
        <w:rPr>
          <w:b/>
          <w:bCs/>
        </w:rPr>
      </w:pPr>
      <w:r w:rsidRPr="003B78EF">
        <w:rPr>
          <w:b/>
          <w:bCs/>
          <w:color w:val="969696"/>
          <w:sz w:val="17"/>
        </w:rPr>
        <w:t>........................................................................................................................................................................</w:t>
      </w:r>
    </w:p>
    <w:p w14:paraId="1B911690" w14:textId="77777777" w:rsidR="00700C93" w:rsidRPr="003B78EF" w:rsidRDefault="00366195">
      <w:pPr>
        <w:keepLines/>
        <w:spacing w:after="20"/>
        <w:rPr>
          <w:b/>
          <w:bCs/>
        </w:rPr>
      </w:pPr>
      <w:r w:rsidRPr="003B78EF">
        <w:rPr>
          <w:b/>
          <w:bCs/>
          <w:color w:val="969696"/>
          <w:sz w:val="17"/>
        </w:rPr>
        <w:t>........................................................................................................................................................................</w:t>
      </w:r>
    </w:p>
    <w:p w14:paraId="72315658" w14:textId="77777777" w:rsidR="003B78EF" w:rsidRDefault="003B78EF">
      <w:pPr>
        <w:pStyle w:val="Question"/>
        <w:spacing w:before="80" w:after="40"/>
      </w:pPr>
    </w:p>
    <w:p w14:paraId="3E281051" w14:textId="3936463D" w:rsidR="00700C93" w:rsidRDefault="00366195">
      <w:pPr>
        <w:pStyle w:val="Question"/>
        <w:spacing w:before="80" w:after="40"/>
      </w:pPr>
      <w:r>
        <w:t>34. Czy jest coś jeszcze, co powinniśmy uwzględnić przy planowaniu Stajni Austerii?</w:t>
      </w:r>
    </w:p>
    <w:p w14:paraId="69CA530B" w14:textId="77777777" w:rsidR="003B78EF" w:rsidRDefault="003B78EF" w:rsidP="003B78EF">
      <w:pPr>
        <w:keepLines/>
        <w:spacing w:after="20"/>
      </w:pPr>
      <w:r>
        <w:rPr>
          <w:color w:val="969696"/>
          <w:sz w:val="17"/>
        </w:rPr>
        <w:t>..................................................................................................................................................................................</w:t>
      </w:r>
    </w:p>
    <w:p w14:paraId="31183B49" w14:textId="77777777" w:rsidR="00700C93" w:rsidRDefault="00366195">
      <w:pPr>
        <w:spacing w:before="200" w:after="80"/>
        <w:jc w:val="center"/>
      </w:pPr>
      <w:r>
        <w:rPr>
          <w:b/>
          <w:color w:val="1F4E79"/>
          <w:sz w:val="24"/>
        </w:rPr>
        <w:t>DZIĘKUJEMY ZA UDZIAŁ W BADANIU</w:t>
      </w:r>
    </w:p>
    <w:p w14:paraId="09A7329E" w14:textId="77777777" w:rsidR="00700C93" w:rsidRDefault="00366195">
      <w:pPr>
        <w:jc w:val="center"/>
      </w:pPr>
      <w:r>
        <w:rPr>
          <w:color w:val="5A5A5A"/>
          <w:sz w:val="17"/>
        </w:rPr>
        <w:t>Wyniki zostaną zestawione zbiorczo i wykorzystane do analizy potrzeb, analizy popytu, raportu z konsultacji społecznych, przygotowania zakresu projektu oraz programu przyszłej działalności Stajni Austerii.</w:t>
      </w:r>
    </w:p>
    <w:sectPr w:rsidR="00700C93" w:rsidSect="003B78EF">
      <w:headerReference w:type="default" r:id="rId8"/>
      <w:footerReference w:type="default" r:id="rId9"/>
      <w:pgSz w:w="11906" w:h="16838" w:code="9"/>
      <w:pgMar w:top="1134" w:right="1077" w:bottom="1134" w:left="1077" w:header="312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5435F" w14:textId="77777777" w:rsidR="00366195" w:rsidRDefault="00366195">
      <w:pPr>
        <w:spacing w:after="0" w:line="240" w:lineRule="auto"/>
      </w:pPr>
      <w:r>
        <w:separator/>
      </w:r>
    </w:p>
  </w:endnote>
  <w:endnote w:type="continuationSeparator" w:id="0">
    <w:p w14:paraId="11C913D1" w14:textId="77777777" w:rsidR="00366195" w:rsidRDefault="00366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9CD77" w14:textId="77777777" w:rsidR="00700C93" w:rsidRDefault="00366195">
    <w:pPr>
      <w:pStyle w:val="Stopka"/>
      <w:jc w:val="center"/>
    </w:pPr>
    <w:proofErr w:type="spellStart"/>
    <w:r>
      <w:rPr>
        <w:color w:val="787878"/>
        <w:sz w:val="15"/>
      </w:rPr>
      <w:t>Gmina</w:t>
    </w:r>
    <w:proofErr w:type="spellEnd"/>
    <w:r>
      <w:rPr>
        <w:color w:val="787878"/>
        <w:sz w:val="15"/>
      </w:rPr>
      <w:t xml:space="preserve"> </w:t>
    </w:r>
    <w:proofErr w:type="spellStart"/>
    <w:proofErr w:type="gramStart"/>
    <w:r>
      <w:rPr>
        <w:color w:val="787878"/>
        <w:sz w:val="15"/>
      </w:rPr>
      <w:t>Raszyn</w:t>
    </w:r>
    <w:proofErr w:type="spellEnd"/>
    <w:r>
      <w:rPr>
        <w:color w:val="787878"/>
        <w:sz w:val="15"/>
      </w:rPr>
      <w:t xml:space="preserve">  |</w:t>
    </w:r>
    <w:proofErr w:type="gramEnd"/>
    <w:r>
      <w:rPr>
        <w:color w:val="787878"/>
        <w:sz w:val="15"/>
      </w:rPr>
      <w:t xml:space="preserve">  </w:t>
    </w:r>
    <w:proofErr w:type="spellStart"/>
    <w:r>
      <w:rPr>
        <w:color w:val="787878"/>
        <w:sz w:val="15"/>
      </w:rPr>
      <w:t>ankieta</w:t>
    </w:r>
    <w:proofErr w:type="spellEnd"/>
    <w:r>
      <w:rPr>
        <w:color w:val="787878"/>
        <w:sz w:val="15"/>
      </w:rPr>
      <w:t xml:space="preserve"> </w:t>
    </w:r>
    <w:proofErr w:type="spellStart"/>
    <w:r>
      <w:rPr>
        <w:color w:val="787878"/>
        <w:sz w:val="15"/>
      </w:rPr>
      <w:t>anonimowa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28CA3" w14:textId="77777777" w:rsidR="00366195" w:rsidRDefault="00366195">
      <w:pPr>
        <w:spacing w:after="0" w:line="240" w:lineRule="auto"/>
      </w:pPr>
      <w:r>
        <w:separator/>
      </w:r>
    </w:p>
  </w:footnote>
  <w:footnote w:type="continuationSeparator" w:id="0">
    <w:p w14:paraId="3915468B" w14:textId="77777777" w:rsidR="00366195" w:rsidRDefault="00366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BAF83" w14:textId="77777777" w:rsidR="00700C93" w:rsidRDefault="00366195">
    <w:pPr>
      <w:pStyle w:val="Nagwek"/>
      <w:jc w:val="right"/>
    </w:pPr>
    <w:r>
      <w:rPr>
        <w:color w:val="6E6E6E"/>
        <w:sz w:val="15"/>
      </w:rPr>
      <w:t xml:space="preserve">STAJNIA AUSTERII W </w:t>
    </w:r>
    <w:proofErr w:type="gramStart"/>
    <w:r>
      <w:rPr>
        <w:color w:val="6E6E6E"/>
        <w:sz w:val="15"/>
      </w:rPr>
      <w:t>RASZYNIE  |</w:t>
    </w:r>
    <w:proofErr w:type="gramEnd"/>
    <w:r>
      <w:rPr>
        <w:color w:val="6E6E6E"/>
        <w:sz w:val="15"/>
      </w:rPr>
      <w:t xml:space="preserve">  BADANIE POTRZEB I POPYTU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36185369">
    <w:abstractNumId w:val="8"/>
  </w:num>
  <w:num w:numId="2" w16cid:durableId="386300626">
    <w:abstractNumId w:val="6"/>
  </w:num>
  <w:num w:numId="3" w16cid:durableId="721368838">
    <w:abstractNumId w:val="5"/>
  </w:num>
  <w:num w:numId="4" w16cid:durableId="993992527">
    <w:abstractNumId w:val="4"/>
  </w:num>
  <w:num w:numId="5" w16cid:durableId="412826235">
    <w:abstractNumId w:val="7"/>
  </w:num>
  <w:num w:numId="6" w16cid:durableId="2437742">
    <w:abstractNumId w:val="3"/>
  </w:num>
  <w:num w:numId="7" w16cid:durableId="2020228209">
    <w:abstractNumId w:val="2"/>
  </w:num>
  <w:num w:numId="8" w16cid:durableId="1961498604">
    <w:abstractNumId w:val="1"/>
  </w:num>
  <w:num w:numId="9" w16cid:durableId="16756907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322A9"/>
    <w:rsid w:val="0029639D"/>
    <w:rsid w:val="00326F90"/>
    <w:rsid w:val="00366195"/>
    <w:rsid w:val="003B78EF"/>
    <w:rsid w:val="006A0BBB"/>
    <w:rsid w:val="00700C93"/>
    <w:rsid w:val="00AA1D8D"/>
    <w:rsid w:val="00B47730"/>
    <w:rsid w:val="00CB0664"/>
    <w:rsid w:val="00D1409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CB8D8F"/>
  <w14:defaultImageDpi w14:val="300"/>
  <w15:docId w15:val="{579B2F70-C985-4AB5-81B1-42CD721B6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B78EF"/>
    <w:pPr>
      <w:spacing w:after="60" w:line="247" w:lineRule="auto"/>
    </w:pPr>
    <w:rPr>
      <w:rFonts w:ascii="Aptos" w:eastAsia="Aptos" w:hAnsi="Aptos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ection">
    <w:name w:val="Section"/>
    <w:pPr>
      <w:keepNext/>
      <w:spacing w:after="80"/>
    </w:pPr>
    <w:rPr>
      <w:rFonts w:ascii="Aptos" w:eastAsia="Aptos" w:hAnsi="Aptos"/>
      <w:b/>
      <w:color w:val="1F4E79"/>
      <w:sz w:val="24"/>
    </w:rPr>
  </w:style>
  <w:style w:type="paragraph" w:customStyle="1" w:styleId="Question">
    <w:name w:val="Question"/>
    <w:pPr>
      <w:keepNext/>
      <w:spacing w:after="80"/>
    </w:pPr>
    <w:rPr>
      <w:rFonts w:ascii="Aptos" w:eastAsia="Aptos" w:hAnsi="Aptos"/>
      <w:b/>
      <w:color w:val="1F1F1F"/>
      <w:sz w:val="20"/>
    </w:rPr>
  </w:style>
  <w:style w:type="paragraph" w:customStyle="1" w:styleId="SmallNote">
    <w:name w:val="SmallNote"/>
    <w:pPr>
      <w:spacing w:after="80"/>
    </w:pPr>
    <w:rPr>
      <w:rFonts w:ascii="Aptos" w:eastAsia="Aptos" w:hAnsi="Aptos"/>
      <w:color w:val="666666"/>
      <w:sz w:val="17"/>
    </w:rPr>
  </w:style>
  <w:style w:type="paragraph" w:customStyle="1" w:styleId="Intro">
    <w:name w:val="Intro"/>
    <w:pPr>
      <w:spacing w:after="80"/>
    </w:pPr>
    <w:rPr>
      <w:rFonts w:ascii="Aptos" w:eastAsia="Aptos" w:hAnsi="Aptos"/>
      <w:color w:val="333333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2434</Words>
  <Characters>14610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17010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Ankieta potrzeb i popytu mieszkańców - Stajnia Austerii w Raszynie</dc:title>
  <dc:subject>Badanie do analizy potrzeb, popytu i konsultacji społecznych projektu EOG</dc:subject>
  <dc:creator>Gmina Raszyn</dc:creator>
  <cp:keywords/>
  <dc:description>generated by python-docx</dc:description>
  <cp:lastModifiedBy>Maciej Felski</cp:lastModifiedBy>
  <cp:revision>2</cp:revision>
  <dcterms:created xsi:type="dcterms:W3CDTF">2013-12-23T23:15:00Z</dcterms:created>
  <dcterms:modified xsi:type="dcterms:W3CDTF">2026-09-30T06:34:00Z</dcterms:modified>
  <cp:category/>
</cp:coreProperties>
</file>